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AFFIDAVIT</w:t>
      </w:r>
    </w:p>
    <w:p>
      <w:r>
        <w:t>State of _____________________________________________</w:t>
      </w:r>
    </w:p>
    <w:p>
      <w:r>
        <w:t>County of _____________________________________________</w:t>
      </w:r>
    </w:p>
    <w:p/>
    <w:p>
      <w:r>
        <w:t>I, _____________________________________________ [Full Legal Name] ("Affiant"), being first duly sworn upon oath, depose and state as follows:</w:t>
      </w:r>
    </w:p>
    <w:p/>
    <w:p>
      <w:r>
        <w:t>1. I am over the age of 18 years and competent to testify to the matters stated herein. I have personal knowledge of the facts contained in this Affidavit.</w:t>
      </w:r>
    </w:p>
    <w:p/>
    <w:p>
      <w:r>
        <w:t>2. I reside at _____________________________________________ [Address].</w:t>
      </w:r>
    </w:p>
    <w:p/>
    <w:p>
      <w:r>
        <w:t>3. [State the first fact you are swearing to. Be specific, include dates and places. Example: "On March 15, 2026, I personally observed the Vehicle described as a 2018 Toyota Camry, VIN 1HGBH41JXMN109186, parked at 123 Main Street, Anytown, State."]</w:t>
      </w:r>
    </w:p>
    <w:p/>
    <w:p>
      <w:r>
        <w:t>4. [State the second fact. Each fact in its own numbered paragraph.]</w:t>
      </w:r>
    </w:p>
    <w:p/>
    <w:p>
      <w:r>
        <w:t>5. [State the third fact.]</w:t>
      </w:r>
    </w:p>
    <w:p/>
    <w:p>
      <w:r>
        <w:t>6. [State the fourth fact.]</w:t>
      </w:r>
    </w:p>
    <w:p/>
    <w:p>
      <w:r>
        <w:t>7. [Continue with as many numbered factual statements as required. Each should reflect a single fact within your personal knowledge.]</w:t>
      </w:r>
    </w:p>
    <w:p/>
    <w:p>
      <w:r>
        <w:t>8. The above statements are true and accurate to the best of my knowledge. I am willing to testify to the above if called as a witness in a court of competent jurisdiction.</w:t>
      </w:r>
    </w:p>
    <w:p/>
    <w:p>
      <w:r>
        <w:t>9. I declare under penalty of perjury under the laws of the State of _____________________________________________ that the foregoing is true and correct.</w:t>
      </w:r>
    </w:p>
    <w:p/>
    <w:p>
      <w:r>
        <w:t>Executed this _____ day of _____________________, 20____, at _____________________________________________ [City, State].</w:t>
      </w:r>
    </w:p>
    <w:p/>
    <w:p>
      <w:r>
        <w:t>_________________________________</w:t>
      </w:r>
    </w:p>
    <w:p>
      <w:r>
        <w:t>[Affiant Signature]</w:t>
      </w:r>
    </w:p>
    <w:p>
      <w:r>
        <w:t>[Affiant Printed Name]</w:t>
      </w:r>
    </w:p>
    <w:p/>
    <w:p>
      <w:r>
        <w:rPr>
          <w:b/>
          <w:sz w:val="24"/>
        </w:rPr>
        <w:t>NOTARY ACKNOWLEDGMENT / JURAT</w:t>
      </w:r>
    </w:p>
    <w:p>
      <w:r>
        <w:t>State of _____________________________________________</w:t>
      </w:r>
    </w:p>
    <w:p>
      <w:r>
        <w:t>County of _____________________________________________</w:t>
      </w:r>
    </w:p>
    <w:p/>
    <w:p>
      <w:r>
        <w:t>Subscribed and sworn to (or affirmed) before me on this _____ day of _____________________, 20____, by _____________________________________________ [Affiant Name], proved to me on the basis of satisfactory evidence to be the person who appeared before me.</w:t>
      </w:r>
    </w:p>
    <w:p/>
    <w:p>
      <w:r>
        <w:t>Notary Public Signature: _________________________________</w:t>
      </w:r>
    </w:p>
    <w:p>
      <w:r>
        <w:t>Notary Printed Name: _____________________________________________</w:t>
      </w:r>
    </w:p>
    <w:p>
      <w:r>
        <w:t>My commission expires: _________________</w:t>
      </w:r>
    </w:p>
    <w:p>
      <w:r>
        <w:t>Notary Seal:</w:t>
      </w:r>
    </w:p>
    <w:p/>
    <w:p>
      <w:r>
        <w:rPr>
          <w:i/>
        </w:rPr>
        <w:t>DISCLAIMER: This template is provided for informational purposes only and does not constitute legal advice. Perjury is a felony in every U.S. state. For affidavits filed in court or used in legal proceedings with significant stakes, consult a licensed attorney before swearing.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