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Arizona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Arizona Residential Landlord and Tenant Act (A.R.S. §§ 33-1301 to 33-1381).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Arizona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Arizona Residential Landlord and Tenant Act (A.R.S. §§ 33-1301 to 33-1381),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Arizona-specific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Arizona.</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Arizona Residential Lease Agreement template is provided for informational purposes only and does not constitute legal advice. Consult a licensed Arizona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