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BILL OF SALE</w:t>
      </w:r>
    </w:p>
    <w:p>
      <w:pPr>
        <w:jc w:val="both"/>
      </w:pPr>
      <w:r>
        <w:t>This Bill of Sale is made on ________________ [Date], between:</w:t>
      </w:r>
    </w:p>
    <w:p/>
    <w:p>
      <w:pPr>
        <w:jc w:val="both"/>
      </w:pPr>
      <w:r>
        <w:t>SELLER: _____________________________________________ residing at _____________________________________________.</w:t>
      </w:r>
    </w:p>
    <w:p>
      <w:pPr>
        <w:jc w:val="both"/>
      </w:pPr>
      <w:r>
        <w:t>BUYER: _____________________________________________ residing at _____________________________________________.</w:t>
      </w:r>
    </w:p>
    <w:p/>
    <w:p>
      <w:r>
        <w:rPr>
          <w:b/>
          <w:sz w:val="24"/>
        </w:rPr>
        <w:t>1. ITEM SOLD</w:t>
      </w:r>
    </w:p>
    <w:p>
      <w:pPr>
        <w:jc w:val="both"/>
      </w:pPr>
      <w:r>
        <w:t>Description: _____________________________________________</w:t>
      </w:r>
    </w:p>
    <w:p>
      <w:pPr>
        <w:jc w:val="both"/>
      </w:pPr>
      <w:r>
        <w:t>Year/Make/Model: _____________________________________________</w:t>
      </w:r>
    </w:p>
    <w:p>
      <w:pPr>
        <w:jc w:val="both"/>
      </w:pPr>
      <w:r>
        <w:t>VIN/Serial Number: _____________________________________________</w:t>
      </w:r>
    </w:p>
    <w:p>
      <w:pPr>
        <w:jc w:val="both"/>
      </w:pPr>
      <w:r>
        <w:t>Mileage/Condition: _____________________________________________</w:t>
      </w:r>
    </w:p>
    <w:p>
      <w:r>
        <w:rPr>
          <w:b/>
          <w:sz w:val="24"/>
        </w:rPr>
        <w:t>2. SALE PRICE</w:t>
      </w:r>
    </w:p>
    <w:p>
      <w:pPr>
        <w:jc w:val="both"/>
      </w:pPr>
      <w:r>
        <w:t>Total Price: $___________ ( _____________________________________________ Dollars)</w:t>
      </w:r>
    </w:p>
    <w:p>
      <w:pPr>
        <w:jc w:val="both"/>
      </w:pPr>
      <w:r>
        <w:t>Payment Method: ___ Cash  ___ Check  ___ Cashier's Check  ___ Other: __________________</w:t>
      </w:r>
    </w:p>
    <w:p>
      <w:r>
        <w:rPr>
          <w:b/>
          <w:sz w:val="24"/>
        </w:rPr>
        <w:t>3. ODOMETER DISCLOSURE (Vehicles)</w:t>
      </w:r>
    </w:p>
    <w:p>
      <w:pPr>
        <w:jc w:val="both"/>
      </w:pPr>
      <w:r>
        <w:t>Mileage at sale: __________ ___ Actual  ___ Exceeds limits  ___ Not actual</w:t>
      </w:r>
    </w:p>
    <w:p>
      <w:r>
        <w:rPr>
          <w:b/>
          <w:sz w:val="24"/>
        </w:rPr>
        <w:t>4. AS-IS CLAUSE</w:t>
      </w:r>
    </w:p>
    <w:p>
      <w:pPr>
        <w:jc w:val="both"/>
      </w:pPr>
      <w:r>
        <w:t>Buyer accepts the item AS-IS with no warranties, express or implied. Seller has no liability for defects after sale.</w:t>
      </w:r>
    </w:p>
    <w:p>
      <w:r>
        <w:rPr>
          <w:b/>
          <w:sz w:val="24"/>
        </w:rPr>
        <w:t>5. TRANSFER OF OWNERSHIP</w:t>
      </w:r>
    </w:p>
    <w:p>
      <w:pPr>
        <w:jc w:val="both"/>
      </w:pPr>
      <w:r>
        <w:t>Upon receipt of payment, Seller transfers all rights, title, and interest in the item to Buyer.</w:t>
      </w:r>
    </w:p>
    <w:p>
      <w:r>
        <w:rPr>
          <w:b/>
          <w:sz w:val="24"/>
        </w:rPr>
        <w:t>6. WARRANTY OF TITLE</w:t>
      </w:r>
    </w:p>
    <w:p>
      <w:pPr>
        <w:jc w:val="both"/>
      </w:pPr>
      <w:r>
        <w:t>Seller warrants the item is free of liens and encumbrances and has full authority to sell.</w:t>
      </w:r>
    </w:p>
    <w:p/>
    <w:p>
      <w:pPr>
        <w:jc w:val="both"/>
      </w:pPr>
      <w:r>
        <w:t>SELLER: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BUYER: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NOTARIZATION (if required):</w:t>
      </w:r>
    </w:p>
    <w:p>
      <w:pPr>
        <w:jc w:val="both"/>
      </w:pPr>
      <w:r>
        <w:t>State of __________________, County of __________________</w:t>
      </w:r>
    </w:p>
    <w:p>
      <w:pPr>
        <w:jc w:val="both"/>
      </w:pPr>
      <w:r>
        <w:t>Subscribed before me on _____ day of _____________, 20___.</w:t>
      </w:r>
    </w:p>
    <w:p>
      <w:pPr>
        <w:jc w:val="both"/>
      </w:pPr>
      <w:r>
        <w:t>Notary Signature: _________________________ Commission expires: 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