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California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California Civil Code §§ 1940-1954.05.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California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California Civil Code §§ 1940-1954.05,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California-specific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California.</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California Residential Lease Agreement template is provided for informational purposes only and does not constitute legal advice. Consult a licensed California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