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CEASE AND DESIST LETTER</w:t>
      </w:r>
    </w:p>
    <w:p>
      <w:r>
        <w:t>VIA CERTIFIED MAIL, RETURN RECEIPT REQUESTED</w:t>
      </w:r>
    </w:p>
    <w:p>
      <w:r>
        <w:t>Date: ________________</w:t>
      </w:r>
    </w:p>
    <w:p/>
    <w:p>
      <w:r>
        <w:t>TO: _____________________________________________ [Recipient Name]</w:t>
      </w:r>
    </w:p>
    <w:p>
      <w:r>
        <w:t>_____________________________________________ [Recipient Address]</w:t>
      </w:r>
    </w:p>
    <w:p/>
    <w:p>
      <w:r>
        <w:t>RE: CEASE AND DESIST — _____________________________________________ [Subject of Demand]</w:t>
      </w:r>
    </w:p>
    <w:p/>
    <w:p>
      <w:r>
        <w:t>Dear _____________________________________________:</w:t>
      </w:r>
    </w:p>
    <w:p/>
    <w:p>
      <w:r>
        <w:t>I am writing on behalf of _____________________________________________ [Sender / Client Name] (the "Aggrieved Party") regarding your unlawful conduct described below.</w:t>
      </w:r>
    </w:p>
    <w:p>
      <w:r>
        <w:rPr>
          <w:b/>
          <w:sz w:val="24"/>
        </w:rPr>
        <w:t>1. STATEMENT OF FACTS</w:t>
      </w:r>
    </w:p>
    <w:p>
      <w:r>
        <w:t>The Aggrieved Party has become aware that you have engaged in the following conduct:</w:t>
      </w:r>
    </w:p>
    <w:p>
      <w:r>
        <w:t>_____________________________________________________________________________________________________________________________________________________________________________</w:t>
      </w:r>
    </w:p>
    <w:p>
      <w:r>
        <w:t>This conduct began on or about ________________ [Date] and is ongoing.</w:t>
      </w:r>
    </w:p>
    <w:p>
      <w:r>
        <w:rPr>
          <w:b/>
          <w:sz w:val="24"/>
        </w:rPr>
        <w:t>2. LEGAL BASIS</w:t>
      </w:r>
    </w:p>
    <w:p>
      <w:r>
        <w:t>Your conduct constitutes (check all that apply):</w:t>
      </w:r>
    </w:p>
    <w:p>
      <w:r>
        <w:t>___ Trademark Infringement under the Lanham Act, 15 U.S.C. §1051 et seq.</w:t>
      </w:r>
    </w:p>
    <w:p>
      <w:r>
        <w:t>___ Copyright Infringement under the U.S. Copyright Act, 17 U.S.C. §501.</w:t>
      </w:r>
    </w:p>
    <w:p>
      <w:r>
        <w:t>___ Defamation under the laws of the State of _____________________________________________.</w:t>
      </w:r>
    </w:p>
    <w:p>
      <w:r>
        <w:t>___ Harassment under _____________________________________________ [Statute].</w:t>
      </w:r>
    </w:p>
    <w:p>
      <w:r>
        <w:t>___ Breach of Contract — _____________________________________________ [Identify contract and provision].</w:t>
      </w:r>
    </w:p>
    <w:p>
      <w:r>
        <w:t>___ Violation of Non-Compete / Non-Solicitation Agreement dated ________________.</w:t>
      </w:r>
    </w:p>
    <w:p>
      <w:r>
        <w:t>___ Tortious Interference with Business Relations.</w:t>
      </w:r>
    </w:p>
    <w:p>
      <w:r>
        <w:t>___ Unfair Competition under _____________________________________________ [State UDAP / common law].</w:t>
      </w:r>
    </w:p>
    <w:p>
      <w:r>
        <w:t>___ Other: _____________________________________________________________________</w:t>
      </w:r>
    </w:p>
    <w:p>
      <w:r>
        <w:rPr>
          <w:b/>
          <w:sz w:val="24"/>
        </w:rPr>
        <w:t>3. DEMAND</w:t>
      </w:r>
    </w:p>
    <w:p>
      <w:r>
        <w:t>You are HEREBY DEMANDED to immediately:</w:t>
      </w:r>
    </w:p>
    <w:p>
      <w:r>
        <w:t>(a) CEASE AND DESIST the conduct described above;</w:t>
      </w:r>
    </w:p>
    <w:p>
      <w:r>
        <w:t>(b) _____________________________________________________________________ [Additional specific demand, e.g., remove specific content, retract specific statement, return specific property, deliver specific accounting];</w:t>
      </w:r>
    </w:p>
    <w:p>
      <w:r>
        <w:t>(c) Confirm in writing within ____ days from receipt of this letter that you have complied with the foregoing demands.</w:t>
      </w:r>
    </w:p>
    <w:p>
      <w:r>
        <w:rPr>
          <w:b/>
          <w:sz w:val="24"/>
        </w:rPr>
        <w:t>4. CONSEQUENCES OF NON-COMPLIANCE</w:t>
      </w:r>
    </w:p>
    <w:p>
      <w:r>
        <w:t>If you fail to comply by ________________ [Deadline, typically 7-14 days from receipt], the Aggrieved Party will, without further notice, pursue ALL available legal remedies, which may include:</w:t>
      </w:r>
    </w:p>
    <w:p>
      <w:r>
        <w:t>(a) Filing a civil action for injunctive relief, damages, and attorneys' fees;</w:t>
      </w:r>
    </w:p>
    <w:p>
      <w:r>
        <w:t>(b) Filing a DMCA takedown notice with internet service providers and platform hosts (for online infringement);</w:t>
      </w:r>
    </w:p>
    <w:p>
      <w:r>
        <w:t>(c) Seeking enhanced damages for willful misconduct based on this notice;</w:t>
      </w:r>
    </w:p>
    <w:p>
      <w:r>
        <w:t>(d) Reporting your conduct to applicable regulatory authorities;</w:t>
      </w:r>
    </w:p>
    <w:p>
      <w:r>
        <w:t>(e) Pursuing all other remedies at law or in equity.</w:t>
      </w:r>
    </w:p>
    <w:p>
      <w:r>
        <w:rPr>
          <w:b/>
          <w:sz w:val="24"/>
        </w:rPr>
        <w:t>5. RESERVATION OF RIGHTS</w:t>
      </w:r>
    </w:p>
    <w:p>
      <w:r>
        <w:t>Nothing in this letter constitutes a waiver of any of the Aggrieved Party's rights, claims, or remedies, all of which are expressly reserved. The Aggrieved Party reserves the right to amend or supplement this letter and to take any action without further notice.</w:t>
      </w:r>
    </w:p>
    <w:p>
      <w:r>
        <w:rPr>
          <w:b/>
          <w:sz w:val="24"/>
        </w:rPr>
        <w:t>6. RESPONSE</w:t>
      </w:r>
    </w:p>
    <w:p>
      <w:r>
        <w:t>Please direct all correspondence regarding this matter to:</w:t>
      </w:r>
    </w:p>
    <w:p>
      <w:r>
        <w:t>_____________________________________________ [Name]</w:t>
      </w:r>
    </w:p>
    <w:p>
      <w:r>
        <w:t>_____________________________________________ [Address]</w:t>
      </w:r>
    </w:p>
    <w:p>
      <w:r>
        <w:t>_____________________________________________ [Phone] | _____________________________________________ [Email]</w:t>
      </w:r>
    </w:p>
    <w:p/>
    <w:p>
      <w:r>
        <w:t>Govern yourself accordingly.</w:t>
      </w:r>
    </w:p>
    <w:p/>
    <w:p>
      <w:r>
        <w:t>Sincerely,</w:t>
      </w:r>
    </w:p>
    <w:p/>
    <w:p>
      <w:r>
        <w:t>_________________________________</w:t>
      </w:r>
    </w:p>
    <w:p>
      <w:r>
        <w:t>_____________________________________________ [Printed Name]</w:t>
      </w:r>
    </w:p>
    <w:p>
      <w:r>
        <w:t>_____________________________________________ [Title or "Pro Se" / "Attorney for Aggrieved Party"]</w:t>
      </w:r>
    </w:p>
    <w:p/>
    <w:p>
      <w:r>
        <w:t>CC (if applicable):</w:t>
      </w:r>
    </w:p>
    <w:p>
      <w:r>
        <w:t>___ Recipient's registered agent</w:t>
      </w:r>
    </w:p>
    <w:p>
      <w:r>
        <w:t>___ Recipient's employer / supervisor</w:t>
      </w:r>
    </w:p>
    <w:p>
      <w:r>
        <w:t>___ Hosting platform / ISP</w:t>
      </w:r>
    </w:p>
    <w:p>
      <w:r>
        <w:t>___ _____________________________________________</w:t>
      </w:r>
    </w:p>
    <w:p/>
    <w:p>
      <w:r>
        <w:rPr>
          <w:i/>
        </w:rPr>
        <w:t>DISCLAIMER: This template is provided for informational purposes only and does not constitute legal advice. False or overreaching demands can expose the sender to claims of defamation or tortious interference. For high-stakes matters, consult a licensed attorney.</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