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CHILD TRAVEL CONSENT FORM</w:t>
      </w:r>
    </w:p>
    <w:p>
      <w:r>
        <w:t>This Child Travel Consent ("Consent") is executed by the undersigned parent(s) / legal guardian(s) to authorize travel by the minor child identified below.</w:t>
      </w:r>
    </w:p>
    <w:p/>
    <w:p>
      <w:r>
        <w:rPr>
          <w:b/>
          <w:sz w:val="24"/>
        </w:rPr>
        <w:t>1. PARENT / GUARDIAN INFORMATION</w:t>
      </w:r>
    </w:p>
    <w:p>
      <w:r>
        <w:rPr>
          <w:b/>
        </w:rPr>
        <w:t>PARENT 1 (or sole guardian):</w:t>
      </w:r>
    </w:p>
    <w:p>
      <w:r>
        <w:t>Full Legal Name: _____________________________________________________________________</w:t>
      </w:r>
    </w:p>
    <w:p>
      <w:r>
        <w:t>Relationship to Child:  ___ Mother  ___ Father  ___ Legal Guardian  ___ Other: __________________</w:t>
      </w:r>
    </w:p>
    <w:p>
      <w:r>
        <w:t>Address: _____________________________________________________________________</w:t>
      </w:r>
    </w:p>
    <w:p>
      <w:r>
        <w:t>Phone: _________________   Email: _________________</w:t>
      </w:r>
    </w:p>
    <w:p>
      <w:r>
        <w:t>Passport / ID: _________________</w:t>
      </w:r>
    </w:p>
    <w:p/>
    <w:p>
      <w:r>
        <w:rPr>
          <w:b/>
        </w:rPr>
        <w:t>PARENT 2 (if applicable):</w:t>
      </w:r>
    </w:p>
    <w:p>
      <w:r>
        <w:t>Full Legal Name: _____________________________________________________________________</w:t>
      </w:r>
    </w:p>
    <w:p>
      <w:r>
        <w:t>Relationship to Child:  ___ Mother  ___ Father  ___ Legal Guardian</w:t>
      </w:r>
    </w:p>
    <w:p>
      <w:r>
        <w:t>Address: _____________________________________________________________________</w:t>
      </w:r>
    </w:p>
    <w:p>
      <w:r>
        <w:t>Phone: _________________   Email: _________________</w:t>
      </w:r>
    </w:p>
    <w:p>
      <w:r>
        <w:t>Passport / ID: _________________</w:t>
      </w:r>
    </w:p>
    <w:p>
      <w:r>
        <w:rPr>
          <w:b/>
          <w:sz w:val="24"/>
        </w:rPr>
        <w:t>2. CHILD INFORMATION</w:t>
      </w:r>
    </w:p>
    <w:p>
      <w:r>
        <w:t>Full Legal Name: _____________________________________________________________________</w:t>
      </w:r>
    </w:p>
    <w:p>
      <w:r>
        <w:t>Date of Birth: _________________   Place of Birth: _________________________________________</w:t>
      </w:r>
    </w:p>
    <w:p>
      <w:r>
        <w:t>Gender: _________________   Nationality: _________________</w:t>
      </w:r>
    </w:p>
    <w:p>
      <w:r>
        <w:t>Passport Number: _________________   Expires: _________________</w:t>
      </w:r>
    </w:p>
    <w:p>
      <w:r>
        <w:t>Other ID (e.g., birth certificate #): _________________</w:t>
      </w:r>
    </w:p>
    <w:p>
      <w:r>
        <w:rPr>
          <w:b/>
          <w:sz w:val="24"/>
        </w:rPr>
        <w:t>3. TRAVEL DETAILS</w:t>
      </w:r>
    </w:p>
    <w:p>
      <w:r>
        <w:t>Date of Departure: _________________</w:t>
      </w:r>
    </w:p>
    <w:p>
      <w:r>
        <w:t>Date of Return: _________________</w:t>
      </w:r>
    </w:p>
    <w:p>
      <w:r>
        <w:t>Departure from: _____________________________________________________________________</w:t>
      </w:r>
    </w:p>
    <w:p>
      <w:r>
        <w:t>Destination(s): _____________________________________________________________________</w:t>
      </w:r>
    </w:p>
    <w:p>
      <w:r>
        <w:t>Mode of Transportation: ___ Air ___ Land ___ Sea</w:t>
      </w:r>
    </w:p>
    <w:p>
      <w:r>
        <w:t>Carrier(s) / Flight number(s): _____________________________________________________________________</w:t>
      </w:r>
    </w:p>
    <w:p>
      <w:r>
        <w:t>Lodging address(es): _____________________________________________________________________</w:t>
      </w:r>
    </w:p>
    <w:p>
      <w:r>
        <w:rPr>
          <w:b/>
          <w:sz w:val="24"/>
        </w:rPr>
        <w:t>4. ACCOMPANYING ADULT</w:t>
      </w:r>
    </w:p>
    <w:p>
      <w:r>
        <w:t>Name: _____________________________________________________________________</w:t>
      </w:r>
    </w:p>
    <w:p>
      <w:r>
        <w:t>Relationship to Child: _____________________________________________________________________</w:t>
      </w:r>
    </w:p>
    <w:p>
      <w:r>
        <w:t>Address: _____________________________________________________________________</w:t>
      </w:r>
    </w:p>
    <w:p>
      <w:r>
        <w:t>Phone: _________________   Email: _________________</w:t>
      </w:r>
    </w:p>
    <w:p>
      <w:r>
        <w:t>Passport / ID: _________________</w:t>
      </w:r>
    </w:p>
    <w:p>
      <w:r>
        <w:rPr>
          <w:b/>
          <w:sz w:val="24"/>
        </w:rPr>
        <w:t>5. AUTHORIZATION</w:t>
      </w:r>
    </w:p>
    <w:p>
      <w:r>
        <w:t>I/We, the undersigned parent(s) / legal guardian(s) of the above-named child, hereby consent to and authorize the travel described in Section 3 with the accompanying adult identified in Section 4.</w:t>
      </w:r>
    </w:p>
    <w:p>
      <w:r>
        <w:t>I/We further authorize the accompanying adult to:</w:t>
      </w:r>
    </w:p>
    <w:p>
      <w:r>
        <w:t>___ Make routine decisions regarding the child's welfare during the trip;</w:t>
      </w:r>
    </w:p>
    <w:p>
      <w:r>
        <w:t>___ Authorize emergency medical treatment in the event of injury or illness;</w:t>
      </w:r>
    </w:p>
    <w:p>
      <w:r>
        <w:t>___ Communicate with airline, immigration, and other officials on the child's behalf;</w:t>
      </w:r>
    </w:p>
    <w:p>
      <w:r>
        <w:t>___ Other: _____________________________________________________________________</w:t>
      </w:r>
    </w:p>
    <w:p>
      <w:r>
        <w:rPr>
          <w:b/>
          <w:sz w:val="24"/>
        </w:rPr>
        <w:t>6. EMERGENCY CONTACTS</w:t>
      </w:r>
    </w:p>
    <w:p>
      <w:r>
        <w:rPr>
          <w:b/>
        </w:rPr>
        <w:t>Primary Emergency Contact:</w:t>
      </w:r>
    </w:p>
    <w:p>
      <w:r>
        <w:t>Name: _____________________________________________________________________</w:t>
      </w:r>
    </w:p>
    <w:p>
      <w:r>
        <w:t>Relationship: _________________   Phone: _________________   Email: _________________</w:t>
      </w:r>
    </w:p>
    <w:p/>
    <w:p>
      <w:r>
        <w:rPr>
          <w:b/>
        </w:rPr>
        <w:t>Secondary Emergency Contact:</w:t>
      </w:r>
    </w:p>
    <w:p>
      <w:r>
        <w:t>Name: _____________________________________________________________________</w:t>
      </w:r>
    </w:p>
    <w:p>
      <w:r>
        <w:t>Relationship: _________________   Phone: _________________</w:t>
      </w:r>
    </w:p>
    <w:p>
      <w:r>
        <w:rPr>
          <w:b/>
          <w:sz w:val="24"/>
        </w:rPr>
        <w:t>7. MEDICAL INFORMATION</w:t>
      </w:r>
    </w:p>
    <w:p>
      <w:r>
        <w:t>Child's Physician: _____________________________________________________________________</w:t>
      </w:r>
    </w:p>
    <w:p>
      <w:r>
        <w:t>Physician Phone: _________________</w:t>
      </w:r>
    </w:p>
    <w:p>
      <w:r>
        <w:t>Insurance Provider: _____________________________________________________________________</w:t>
      </w:r>
    </w:p>
    <w:p>
      <w:r>
        <w:t>Insurance Policy #: _________________</w:t>
      </w:r>
    </w:p>
    <w:p>
      <w:r>
        <w:t>Allergies / Medications / Conditions: _____________________________________________________________________</w:t>
      </w:r>
    </w:p>
    <w:p>
      <w:r>
        <w:t>_____________________________________________________________________</w:t>
      </w:r>
    </w:p>
    <w:p>
      <w:r>
        <w:rPr>
          <w:b/>
          <w:sz w:val="24"/>
        </w:rPr>
        <w:t>8. CUSTODY STATUS (IF APPLICABLE)</w:t>
      </w:r>
    </w:p>
    <w:p>
      <w:r>
        <w:t>___ Both parents have joint legal custody</w:t>
      </w:r>
    </w:p>
    <w:p>
      <w:r>
        <w:t>___ Parent 1 has sole legal custody (custody order attached)</w:t>
      </w:r>
    </w:p>
    <w:p>
      <w:r>
        <w:t>___ Parent 2 has sole legal custody (custody order attached)</w:t>
      </w:r>
    </w:p>
    <w:p>
      <w:r>
        <w:t>___ Other guardianship arrangement (document attached): _____________________________________________</w:t>
      </w:r>
    </w:p>
    <w:p>
      <w:r>
        <w:rPr>
          <w:b/>
          <w:sz w:val="24"/>
        </w:rPr>
        <w:t>9. PARENT / GUARDIAN SIGNATURES</w:t>
      </w:r>
    </w:p>
    <w:p>
      <w:r>
        <w:rPr>
          <w:b/>
        </w:rPr>
        <w:t>PARENT 1: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PARENT 2 (if applicable):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_____________________________________________</w:t>
      </w:r>
    </w:p>
    <w:p>
      <w:r>
        <w:t>County of _____________________________________________</w:t>
      </w:r>
    </w:p>
    <w:p/>
    <w:p>
      <w:r>
        <w:t>Subscribed and sworn to before me on this _____ day of _____________________, 20____, by _____________________________________________ [Parent 1 Name] and _____________________________________________ [Parent 2 Name], proved to me on the basis of satisfactory evidence to be the persons whose names are subscribed to this instrument.</w:t>
      </w:r>
    </w:p>
    <w:p/>
    <w:p>
      <w:r>
        <w:t>Notary Public Signature: _________________________________</w:t>
      </w:r>
    </w:p>
    <w:p>
      <w:r>
        <w:t>My commission expires: _________________   Seal: _________________</w:t>
      </w:r>
    </w:p>
    <w:p/>
    <w:p>
      <w:r>
        <w:rPr>
          <w:i/>
        </w:rPr>
        <w:t>DISCLAIMER: This template is provided for informational purposes only and does not constitute legal advice. For custody-disputed situations, military deployments, or complex international travel, consult a family law attorney.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