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DEMAND LETTER</w:t>
      </w:r>
    </w:p>
    <w:p>
      <w:r>
        <w:t>VIA CERTIFIED MAIL, RETURN RECEIPT REQUESTED</w:t>
      </w:r>
    </w:p>
    <w:p>
      <w:r>
        <w:t>Date: ________________</w:t>
      </w:r>
    </w:p>
    <w:p/>
    <w:p>
      <w:r>
        <w:t>TO: _____________________________________________ [Recipient Name]</w:t>
      </w:r>
    </w:p>
    <w:p>
      <w:r>
        <w:t>_____________________________________________ [Recipient Address]</w:t>
      </w:r>
    </w:p>
    <w:p/>
    <w:p>
      <w:r>
        <w:t>RE: FORMAL DEMAND — _____________________________________________ [Subject]</w:t>
      </w:r>
    </w:p>
    <w:p/>
    <w:p>
      <w:r>
        <w:t>Dear _____________________________________________:</w:t>
      </w:r>
    </w:p>
    <w:p/>
    <w:p>
      <w:r>
        <w:t>This letter constitutes a FORMAL DEMAND for the relief described below. Please read it carefully.</w:t>
      </w:r>
    </w:p>
    <w:p>
      <w:r>
        <w:rPr>
          <w:b/>
          <w:sz w:val="24"/>
        </w:rPr>
        <w:t>1. PARTIES</w:t>
      </w:r>
    </w:p>
    <w:p>
      <w:r>
        <w:t>Sender ("Claimant"): _____________________________________________ [Name and address]</w:t>
      </w:r>
    </w:p>
    <w:p>
      <w:r>
        <w:t>Recipient: As addressed above.</w:t>
      </w:r>
    </w:p>
    <w:p>
      <w:r>
        <w:rPr>
          <w:b/>
          <w:sz w:val="24"/>
        </w:rPr>
        <w:t>2. FACTS</w:t>
      </w:r>
    </w:p>
    <w:p>
      <w:r>
        <w:t>The following facts give rise to this demand:</w:t>
      </w:r>
    </w:p>
    <w:p>
      <w:r>
        <w:t>_____________________________________________________________________________________________________________________________________________________________________________</w:t>
      </w:r>
    </w:p>
    <w:p>
      <w:r>
        <w:t>Date(s) of event(s): ________________________________</w:t>
      </w:r>
    </w:p>
    <w:p>
      <w:r>
        <w:t>Supporting documentation (attached): ___ Contract dated ____________ ___ Invoice(s) ___ Receipts ___ Photographs ___ Correspondence ___ Other: ____________</w:t>
      </w:r>
    </w:p>
    <w:p>
      <w:r>
        <w:rPr>
          <w:b/>
          <w:sz w:val="24"/>
        </w:rPr>
        <w:t>3. LEGAL BASIS</w:t>
      </w:r>
    </w:p>
    <w:p>
      <w:r>
        <w:t>The recipient's conduct constitutes (check applicable):</w:t>
      </w:r>
    </w:p>
    <w:p>
      <w:r>
        <w:t>___ Breach of Contract dated ________________</w:t>
      </w:r>
    </w:p>
    <w:p>
      <w:r>
        <w:t>___ Non-Payment of Invoice #____________ in the amount of $__________</w:t>
      </w:r>
    </w:p>
    <w:p>
      <w:r>
        <w:t>___ Negligence resulting in property damage / personal injury</w:t>
      </w:r>
    </w:p>
    <w:p>
      <w:r>
        <w:t>___ Violation of state Deceptive Trade Practices / Consumer Protection statute (Cite: ____________)</w:t>
      </w:r>
    </w:p>
    <w:p>
      <w:r>
        <w:t>___ Breach of Warranty (express or implied)</w:t>
      </w:r>
    </w:p>
    <w:p>
      <w:r>
        <w:t>___ Conversion / unauthorized retention of Claimant's property</w:t>
      </w:r>
    </w:p>
    <w:p>
      <w:r>
        <w:t>___ Other: ____________________________________________________________________</w:t>
      </w:r>
    </w:p>
    <w:p>
      <w:r>
        <w:rPr>
          <w:b/>
          <w:sz w:val="24"/>
        </w:rPr>
        <w:t>4. DAMAGES</w:t>
      </w:r>
    </w:p>
    <w:p>
      <w:r>
        <w:t>Claimant has been damaged in the following amounts:</w:t>
      </w:r>
    </w:p>
    <w:p>
      <w:r>
        <w:t>Principal amount owed:                $__________</w:t>
      </w:r>
    </w:p>
    <w:p>
      <w:r>
        <w:t>Interest at ____% from ________________: $__________</w:t>
      </w:r>
    </w:p>
    <w:p>
      <w:r>
        <w:t>Consequential damages:                $__________</w:t>
      </w:r>
    </w:p>
    <w:p>
      <w:r>
        <w:t>Attorneys' fees (if recoverable):     $__________</w:t>
      </w:r>
    </w:p>
    <w:p>
      <w:r>
        <w:t>Court costs (if applicable):          $__________</w:t>
      </w:r>
    </w:p>
    <w:p>
      <w:r>
        <w:t>TOTAL DEMAND:                         $__________</w:t>
      </w:r>
    </w:p>
    <w:p>
      <w:r>
        <w:rPr>
          <w:b/>
          <w:sz w:val="24"/>
        </w:rPr>
        <w:t>5. DEMAND</w:t>
      </w:r>
    </w:p>
    <w:p>
      <w:r>
        <w:t>Claimant hereby DEMANDS that Recipient:</w:t>
      </w:r>
    </w:p>
    <w:p>
      <w:r>
        <w:t>(a) Pay the sum of $__________ in full;</w:t>
      </w:r>
    </w:p>
    <w:p>
      <w:r>
        <w:t>(b) Perform the following specific action: _____________________________________________________________________;</w:t>
      </w:r>
    </w:p>
    <w:p>
      <w:r>
        <w:t>(c) Respond in writing to confirm receipt of this letter and Recipient's intent;</w:t>
      </w:r>
    </w:p>
    <w:p>
      <w:r>
        <w:t>No later than ________________ [Deadline — typically 10-30 days from receipt].</w:t>
      </w:r>
    </w:p>
    <w:p>
      <w:r>
        <w:rPr>
          <w:b/>
          <w:sz w:val="24"/>
        </w:rPr>
        <w:t>6. SETTLEMENT OFFER (Optional)</w:t>
      </w:r>
    </w:p>
    <w:p>
      <w:r>
        <w:t>If Recipient pays the sum of $__________ on or before ________________ [Earlier deadline], Claimant will accept this discounted amount as full settlement of all claims arising from the conduct described above. This settlement offer is contingent on full payment by the deadline; otherwise, the full demand amount applies.</w:t>
      </w:r>
    </w:p>
    <w:p>
      <w:r>
        <w:rPr>
          <w:b/>
          <w:sz w:val="24"/>
        </w:rPr>
        <w:t>7. CONSEQUENCES OF NON-COMPLIANCE</w:t>
      </w:r>
    </w:p>
    <w:p>
      <w:r>
        <w:t>Failure to comply with this demand by ________________ will result in Claimant pursuing all available legal remedies, including:</w:t>
      </w:r>
    </w:p>
    <w:p>
      <w:r>
        <w:t>(a) Filing a civil action in the appropriate court;</w:t>
      </w:r>
    </w:p>
    <w:p>
      <w:r>
        <w:t>(b) Recovering all amounts owed, plus interest, attorneys' fees, court costs, and (where applicable) statutory damages and punitive damages;</w:t>
      </w:r>
    </w:p>
    <w:p>
      <w:r>
        <w:t>(c) Recording any judgment as a lien against Recipient's real and personal property;</w:t>
      </w:r>
    </w:p>
    <w:p>
      <w:r>
        <w:t>(d) Pursuing collection through wage garnishment, bank levy, and asset seizure;</w:t>
      </w:r>
    </w:p>
    <w:p>
      <w:r>
        <w:t>(e) Reporting the default to consumer credit bureaus, if applicable.</w:t>
      </w:r>
    </w:p>
    <w:p>
      <w:r>
        <w:rPr>
          <w:b/>
          <w:sz w:val="24"/>
        </w:rPr>
        <w:t>8. STATUTORY DEMAND (If Applicable)</w:t>
      </w:r>
    </w:p>
    <w:p>
      <w:r>
        <w:t>This letter is intended to satisfy any pre-suit demand requirement under applicable state Deceptive Trade Practices Act, Consumer Protection Act, mechanic's lien statute, or similar law. Failure to respond may entitle Claimant to enhanced damages, treble damages, or attorneys' fees under statute.</w:t>
      </w:r>
    </w:p>
    <w:p>
      <w:r>
        <w:rPr>
          <w:b/>
          <w:sz w:val="24"/>
        </w:rPr>
        <w:t>9. RESERVATION OF RIGHTS</w:t>
      </w:r>
    </w:p>
    <w:p>
      <w:r>
        <w:t>Claimant reserves all rights, claims, and remedies, none of which are waived by this letter.</w:t>
      </w:r>
    </w:p>
    <w:p/>
    <w:p>
      <w:r>
        <w:t>Please direct your response in writing to:</w:t>
      </w:r>
    </w:p>
    <w:p>
      <w:r>
        <w:t>_____________________________________________ [Name]</w:t>
      </w:r>
    </w:p>
    <w:p>
      <w:r>
        <w:t>_____________________________________________ [Address]</w:t>
      </w:r>
    </w:p>
    <w:p>
      <w:r>
        <w:t>_____________________________________________ [Phone] | _____________________________________________ [Email]</w:t>
      </w:r>
    </w:p>
    <w:p/>
    <w:p>
      <w:r>
        <w:t>Govern yourself accordingly.</w:t>
      </w:r>
    </w:p>
    <w:p/>
    <w:p>
      <w:r>
        <w:t>Sincerely,</w:t>
      </w:r>
    </w:p>
    <w:p/>
    <w:p>
      <w:r>
        <w:t>_________________________________</w:t>
      </w:r>
    </w:p>
    <w:p>
      <w:r>
        <w:t>_____________________________________________ [Printed Name]</w:t>
      </w:r>
    </w:p>
    <w:p>
      <w:r>
        <w:t>Date: _______________</w:t>
      </w:r>
    </w:p>
    <w:p/>
    <w:p>
      <w:r>
        <w:rPr>
          <w:i/>
        </w:rPr>
        <w:t>DISCLAIMER: This template is provided for informational purposes only and does not constitute legal advice. For statutory demands with specific format requirements (DTPA, mechanic's liens, etc.) or high-value claims, consult a licensed attorney.</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