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DIRECT DEPOSIT AUTHORIZATION FORM</w:t>
      </w:r>
    </w:p>
    <w:p>
      <w:r>
        <w:t>Submit this completed form to your employer, HR department, or payer.</w:t>
      </w:r>
    </w:p>
    <w:p/>
    <w:p>
      <w:r>
        <w:rPr>
          <w:b/>
          <w:sz w:val="24"/>
        </w:rPr>
        <w:t>EMPLOYEE / PAYEE INFORMATION</w:t>
      </w:r>
    </w:p>
    <w:p>
      <w:r>
        <w:t>Full Legal Name: _____________________________________________________________________</w:t>
      </w:r>
    </w:p>
    <w:p>
      <w:r>
        <w:t>Employee ID / Vendor ID: _________________</w:t>
      </w:r>
    </w:p>
    <w:p>
      <w:r>
        <w:t>Last 4 of SSN / EIN: _________________</w:t>
      </w:r>
    </w:p>
    <w:p>
      <w:r>
        <w:t>Address: _____________________________________________________________________</w:t>
      </w:r>
    </w:p>
    <w:p>
      <w:r>
        <w:t>City: _________________________ State: __________ ZIP: _________________</w:t>
      </w:r>
    </w:p>
    <w:p>
      <w:r>
        <w:t>Phone: _________________   Email: _________________</w:t>
      </w:r>
    </w:p>
    <w:p>
      <w:r>
        <w:rPr>
          <w:b/>
          <w:sz w:val="24"/>
        </w:rPr>
        <w:t>TYPE OF AUTHORIZATION</w:t>
      </w:r>
    </w:p>
    <w:p>
      <w:r>
        <w:t>___ New Authorization (first-time setup)</w:t>
      </w:r>
    </w:p>
    <w:p>
      <w:r>
        <w:t>___ Change of existing authorization (replaces all prior authorizations)</w:t>
      </w:r>
    </w:p>
    <w:p>
      <w:r>
        <w:t>___ Cancellation of direct deposit (return to paper check)</w:t>
      </w:r>
    </w:p>
    <w:p>
      <w:r>
        <w:rPr>
          <w:b/>
          <w:sz w:val="24"/>
        </w:rPr>
        <w:t>BANK ACCOUNT 1</w:t>
      </w:r>
    </w:p>
    <w:p>
      <w:r>
        <w:t>Bank Name: _____________________________________________________________________</w:t>
      </w:r>
    </w:p>
    <w:p>
      <w:r>
        <w:t>Routing Number (9 digits): _________________</w:t>
      </w:r>
    </w:p>
    <w:p>
      <w:r>
        <w:t>Account Number: _____________________________________________</w:t>
      </w:r>
    </w:p>
    <w:p>
      <w:r>
        <w:t>Account Type:  ___ Checking  ___ Savings</w:t>
      </w:r>
    </w:p>
    <w:p>
      <w:r>
        <w:t>Deposit Amount:</w:t>
      </w:r>
    </w:p>
    <w:p>
      <w:r>
        <w:t>___ Entire net pay to this account</w:t>
      </w:r>
    </w:p>
    <w:p>
      <w:r>
        <w:t>___ Fixed dollar amount of $_________________ per pay period</w:t>
      </w:r>
    </w:p>
    <w:p>
      <w:r>
        <w:t>___ ____% of net pay</w:t>
      </w:r>
    </w:p>
    <w:p>
      <w:r>
        <w:rPr>
          <w:b/>
          <w:sz w:val="24"/>
        </w:rPr>
        <w:t>BANK ACCOUNT 2 (OPTIONAL)</w:t>
      </w:r>
    </w:p>
    <w:p>
      <w:r>
        <w:t>Bank Name: _____________________________________________________________________</w:t>
      </w:r>
    </w:p>
    <w:p>
      <w:r>
        <w:t>Routing Number (9 digits): _________________</w:t>
      </w:r>
    </w:p>
    <w:p>
      <w:r>
        <w:t>Account Number: _____________________________________________</w:t>
      </w:r>
    </w:p>
    <w:p>
      <w:r>
        <w:t>Account Type:  ___ Checking  ___ Savings</w:t>
      </w:r>
    </w:p>
    <w:p>
      <w:r>
        <w:t>Deposit Amount:</w:t>
      </w:r>
    </w:p>
    <w:p>
      <w:r>
        <w:t>___ Fixed dollar amount of $_________________ per pay period</w:t>
      </w:r>
    </w:p>
    <w:p>
      <w:r>
        <w:t>___ ____% of net pay</w:t>
      </w:r>
    </w:p>
    <w:p>
      <w:r>
        <w:t>___ Remainder after Account 1 allocation</w:t>
      </w:r>
    </w:p>
    <w:p>
      <w:r>
        <w:rPr>
          <w:b/>
          <w:sz w:val="24"/>
        </w:rPr>
        <w:t>BANK ACCOUNT 3 (OPTIONAL)</w:t>
      </w:r>
    </w:p>
    <w:p>
      <w:r>
        <w:t>Bank Name: _____________________________________________________________________</w:t>
      </w:r>
    </w:p>
    <w:p>
      <w:r>
        <w:t>Routing Number (9 digits): _________________</w:t>
      </w:r>
    </w:p>
    <w:p>
      <w:r>
        <w:t>Account Number: _____________________________________________</w:t>
      </w:r>
    </w:p>
    <w:p>
      <w:r>
        <w:t>Account Type:  ___ Checking  ___ Savings</w:t>
      </w:r>
    </w:p>
    <w:p>
      <w:r>
        <w:t>Deposit Amount: ___ Fixed $_________________ ___ ____% of net pay</w:t>
      </w:r>
    </w:p>
    <w:p>
      <w:r>
        <w:rPr>
          <w:b/>
          <w:sz w:val="24"/>
        </w:rPr>
        <w:t>VOIDED CHECK / BANK LETTER</w:t>
      </w:r>
    </w:p>
    <w:p>
      <w:r>
        <w:t>Attach one of the following for each account listed:</w:t>
      </w:r>
    </w:p>
    <w:p>
      <w:r>
        <w:t>___ Voided check (preferred)</w:t>
      </w:r>
    </w:p>
    <w:p>
      <w:r>
        <w:t>___ Direct deposit letter from your bank</w:t>
      </w:r>
    </w:p>
    <w:p>
      <w:r>
        <w:t>___ Printed deposit slip (only if routing number is the ACH routing number, not internal)</w:t>
      </w:r>
    </w:p>
    <w:p>
      <w:r>
        <w:rPr>
          <w:b/>
          <w:sz w:val="24"/>
        </w:rPr>
        <w:t>AUTHORIZATION</w:t>
      </w:r>
    </w:p>
    <w:p>
      <w:r>
        <w:t>I authorize _____________________________________________ [Employer / Payer Name] (the "Payer") to deposit my pay or other compensation by electronic transfer to the bank account(s) listed above. I authorize the Payer's bank to debit the same accounts to correct any erroneous deposits.</w:t>
      </w:r>
    </w:p>
    <w:p>
      <w:r>
        <w:t>This authorization shall remain in full effect until I provide written notice to terminate or modify. I understand that termination requires written notice at least one pay period in advance.</w:t>
      </w:r>
    </w:p>
    <w:p>
      <w:r>
        <w:t>I certify that the account information above is accurate and that I am the owner or authorized signer on the account(s).</w:t>
      </w:r>
    </w:p>
    <w:p/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i/>
        </w:rPr>
        <w:t>DISCLAIMER: This template is provided for informational purposes only and does not constitute legal advice.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