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EMPLOYMENT CONTRACT</w:t>
      </w:r>
    </w:p>
    <w:p>
      <w:r>
        <w:t>This Employment Contract ("Agreement") is entered into on _________________ [Date], by and between:</w:t>
      </w:r>
    </w:p>
    <w:p/>
    <w:p>
      <w:r>
        <w:rPr>
          <w:b/>
        </w:rPr>
        <w:t>EMPLOYER:</w:t>
      </w:r>
      <w:r>
        <w:t xml:space="preserve"> _____________________________________________ [Company Legal Name], a _____________________________________________ [Entity Type] located at _____________________________________________ [Address] ("Employer").</w:t>
      </w:r>
    </w:p>
    <w:p>
      <w:r>
        <w:rPr>
          <w:b/>
        </w:rPr>
        <w:t>EMPLOYEE:</w:t>
      </w:r>
      <w:r>
        <w:t xml:space="preserve"> _____________________________________________ [Full Legal Name], residing at _____________________________________________ [Address] ("Employee").</w:t>
      </w:r>
    </w:p>
    <w:p>
      <w:r>
        <w:rPr>
          <w:b/>
          <w:sz w:val="24"/>
        </w:rPr>
        <w:t>1. POSITION AND DUTIES</w:t>
      </w:r>
    </w:p>
    <w:p>
      <w:r>
        <w:t>Employer hires Employee for the position of _____________________________________________ [Title]. Employee shall report to _____________________________________________ [Supervisor Title].</w:t>
      </w:r>
    </w:p>
    <w:p>
      <w:r>
        <w:t>Duties: _____________________________________________________________________</w:t>
      </w:r>
    </w:p>
    <w:p>
      <w:r>
        <w:t>_____________________________________________________________________</w:t>
      </w:r>
    </w:p>
    <w:p>
      <w:r>
        <w:t>Employee shall devote their full business time and attention to the duties of the position, and shall not engage in other employment without Employer's written consent.</w:t>
      </w:r>
    </w:p>
    <w:p>
      <w:r>
        <w:rPr>
          <w:b/>
          <w:sz w:val="24"/>
        </w:rPr>
        <w:t>2. START DATE AND TERM</w:t>
      </w:r>
    </w:p>
    <w:p>
      <w:r>
        <w:t>Start Date: _________________</w:t>
      </w:r>
    </w:p>
    <w:p>
      <w:r>
        <w:t>Term: ___ At-Will Employment (either party may terminate at any time) ___ Fixed Term ending _________________</w:t>
      </w:r>
    </w:p>
    <w:p>
      <w:r>
        <w:t>Probationary Period: ____ days from start date (no severance during probation).</w:t>
      </w:r>
    </w:p>
    <w:p>
      <w:r>
        <w:rPr>
          <w:b/>
          <w:sz w:val="24"/>
        </w:rPr>
        <w:t>3. COMPENSATION</w:t>
      </w:r>
    </w:p>
    <w:p>
      <w:r>
        <w:t>Base Salary: $_________________ per year, payable in accordance with Employer's standard payroll schedule.</w:t>
      </w:r>
    </w:p>
    <w:p>
      <w:r>
        <w:t>Annual Bonus: Up to ____% of base salary, based on Employer's standard performance review process.</w:t>
      </w:r>
    </w:p>
    <w:p>
      <w:r>
        <w:t>Equity (if applicable): _____________________________________________________________________</w:t>
      </w:r>
    </w:p>
    <w:p>
      <w:r>
        <w:t>[E.g., "Stock options for _____ shares, vesting 25% on first anniversary and 1/48 monthly thereafter, governed by separate Stock Option Agreement."]</w:t>
      </w:r>
    </w:p>
    <w:p>
      <w:r>
        <w:t>Sign-on Bonus (if applicable): $_________________, payable _____________________________________________</w:t>
      </w:r>
    </w:p>
    <w:p>
      <w:r>
        <w:t>[Subject to repayment if Employee resigns within ____ months.]</w:t>
      </w:r>
    </w:p>
    <w:p>
      <w:r>
        <w:rPr>
          <w:b/>
          <w:sz w:val="24"/>
        </w:rPr>
        <w:t>4. BENEFITS</w:t>
      </w:r>
    </w:p>
    <w:p>
      <w:r>
        <w:t>Employee is eligible for the following Employer benefits:</w:t>
      </w:r>
    </w:p>
    <w:p>
      <w:r>
        <w:t>___ Health insurance (eligibility _________________)</w:t>
      </w:r>
    </w:p>
    <w:p>
      <w:r>
        <w:t>___ Dental and vision insurance</w:t>
      </w:r>
    </w:p>
    <w:p>
      <w:r>
        <w:t>___ 401(k) (match: _________________)</w:t>
      </w:r>
    </w:p>
    <w:p>
      <w:r>
        <w:t>___ Life insurance</w:t>
      </w:r>
    </w:p>
    <w:p>
      <w:r>
        <w:t>___ Disability insurance</w:t>
      </w:r>
    </w:p>
    <w:p>
      <w:r>
        <w:t>___ Paid Time Off: ____ days per year</w:t>
      </w:r>
    </w:p>
    <w:p>
      <w:r>
        <w:t>___ Sick Leave: ____ days per year</w:t>
      </w:r>
    </w:p>
    <w:p>
      <w:r>
        <w:t>___ Holidays: per Employer's standard schedule</w:t>
      </w:r>
    </w:p>
    <w:p>
      <w:r>
        <w:t>___ Other: _____________________________________________________________________</w:t>
      </w:r>
    </w:p>
    <w:p>
      <w:r>
        <w:rPr>
          <w:b/>
          <w:sz w:val="24"/>
        </w:rPr>
        <w:t>5. WORK LOCATION AND SCHEDULE</w:t>
      </w:r>
    </w:p>
    <w:p>
      <w:r>
        <w:t>Primary Work Location: _____________________________________________________________________</w:t>
      </w:r>
    </w:p>
    <w:p>
      <w:r>
        <w:t>Remote Arrangement: ___ Fully in-person ___ Hybrid (____ days in-office) ___ Fully remote</w:t>
      </w:r>
    </w:p>
    <w:p>
      <w:r>
        <w:t>Standard Schedule: _____________________________________________________________________</w:t>
      </w:r>
    </w:p>
    <w:p>
      <w:r>
        <w:rPr>
          <w:b/>
          <w:sz w:val="24"/>
        </w:rPr>
        <w:t>6. EXPENSES</w:t>
      </w:r>
    </w:p>
    <w:p>
      <w:r>
        <w:t>Employer shall reimburse Employee for reasonable business expenses incurred in the performance of duties, in accordance with Employer's expense policy.</w:t>
      </w:r>
    </w:p>
    <w:p>
      <w:r>
        <w:rPr>
          <w:b/>
          <w:sz w:val="24"/>
        </w:rPr>
        <w:t>7. CONFIDENTIALITY</w:t>
      </w:r>
    </w:p>
    <w:p>
      <w:r>
        <w:t>Employee acknowledges that during employment, Employee will have access to Employer's Confidential Information, including trade secrets, customer lists, business plans, financial information, and proprietary processes.</w:t>
      </w:r>
    </w:p>
    <w:p>
      <w:r>
        <w:t>Employee agrees to maintain the strictest confidence regarding Confidential Information during employment and at all times thereafter, and to use it solely for Employer's benefit.</w:t>
      </w:r>
    </w:p>
    <w:p>
      <w:r>
        <w:rPr>
          <w:b/>
          <w:sz w:val="24"/>
        </w:rPr>
        <w:t>8. INTELLECTUAL PROPERTY ASSIGNMENT</w:t>
      </w:r>
    </w:p>
    <w:p>
      <w:r>
        <w:t>Employee assigns to Employer all right, title, and interest in any invention, discovery, work product, or intellectual property created by Employee during employment that relates to Employer's business, or that uses Employer's resources, time, or Confidential Information.</w:t>
      </w:r>
    </w:p>
    <w:p>
      <w:r>
        <w:t>Employee acknowledges that all such Work Product shall be "works made for hire" under U.S. Copyright Act §101.</w:t>
      </w:r>
    </w:p>
    <w:p>
      <w:r>
        <w:t>(Note: California Labor Code §2870 and similar state laws exclude inventions developed entirely on the Employee's own time without using Employer resources.)</w:t>
      </w:r>
    </w:p>
    <w:p>
      <w:r>
        <w:rPr>
          <w:b/>
          <w:sz w:val="24"/>
        </w:rPr>
        <w:t>9. RESTRICTIVE COVENANTS</w:t>
      </w:r>
    </w:p>
    <w:p>
      <w:r>
        <w:rPr>
          <w:b/>
        </w:rPr>
        <w:t>Non-Solicitation of Customers:</w:t>
      </w:r>
      <w:r>
        <w:t xml:space="preserve"> For ____ months after termination, Employee shall not solicit, divert, or attempt to divert Employer's customers with whom Employee had material contact during the last 12 months of employment.</w:t>
      </w:r>
    </w:p>
    <w:p>
      <w:r>
        <w:rPr>
          <w:b/>
        </w:rPr>
        <w:t>Non-Solicitation of Employees:</w:t>
      </w:r>
      <w:r>
        <w:t xml:space="preserve"> For ____ months after termination, Employee shall not solicit Employer's then-active employees.</w:t>
      </w:r>
    </w:p>
    <w:p>
      <w:r>
        <w:rPr>
          <w:b/>
        </w:rPr>
        <w:t>Non-Compete (where enforceable):</w:t>
      </w:r>
      <w:r>
        <w:t xml:space="preserve"> For ____ months after termination, in the geographic area of _____________________________________________, Employee shall not engage in any business that competes with Employer's _____________________________________________ [industry] business. [Void in California; state-by-state enforceability varies.]</w:t>
      </w:r>
    </w:p>
    <w:p>
      <w:r>
        <w:rPr>
          <w:b/>
          <w:sz w:val="24"/>
        </w:rPr>
        <w:t>10. TERMINATION</w:t>
      </w:r>
    </w:p>
    <w:p>
      <w:r>
        <w:rPr>
          <w:b/>
        </w:rPr>
        <w:t>At-Will Termination:</w:t>
      </w:r>
      <w:r>
        <w:t xml:space="preserve"> Either party may terminate this Agreement at any time, with or without cause, with or without notice (subject to state law).</w:t>
      </w:r>
    </w:p>
    <w:p>
      <w:r>
        <w:rPr>
          <w:b/>
        </w:rPr>
        <w:t>Termination for Cause:</w:t>
      </w:r>
      <w:r>
        <w:t xml:space="preserve"> Employer may terminate immediately for: (a) material breach of this Agreement; (b) conviction of a crime involving dishonesty or moral turpitude; (c) gross negligence or willful misconduct; (d) chronic failure to perform duties after written notice and opportunity to cure.</w:t>
      </w:r>
    </w:p>
    <w:p>
      <w:r>
        <w:rPr>
          <w:b/>
        </w:rPr>
        <w:t>Severance:</w:t>
      </w:r>
      <w:r>
        <w:t xml:space="preserve"> If Employer terminates without cause after the probationary period, Employer shall pay severance of ____ weeks of base salary, conditioned on Employee executing a release of claims.</w:t>
      </w:r>
    </w:p>
    <w:p>
      <w:r>
        <w:rPr>
          <w:b/>
          <w:sz w:val="24"/>
        </w:rPr>
        <w:t>11. RETURN OF PROPERTY</w:t>
      </w:r>
    </w:p>
    <w:p>
      <w:r>
        <w:t>On termination, Employee shall return all Employer property, including documents, electronics, keys, badges, and Confidential Information.</w:t>
      </w:r>
    </w:p>
    <w:p>
      <w:r>
        <w:rPr>
          <w:b/>
          <w:sz w:val="24"/>
        </w:rPr>
        <w:t>12. DISPUTE RESOLUTION</w:t>
      </w:r>
    </w:p>
    <w:p>
      <w:r>
        <w:t>Disputes shall first be addressed through good-faith negotiation, then mediation, then ___ litigation in _____________________________________________ County, State of __________________  ___ binding arbitration before ___ JAMS ___ AAA.</w:t>
      </w:r>
    </w:p>
    <w:p>
      <w:r>
        <w:rPr>
          <w:b/>
          <w:sz w:val="24"/>
        </w:rPr>
        <w:t>13. GOVERNING LAW</w:t>
      </w:r>
    </w:p>
    <w:p>
      <w:r>
        <w:t>This Agreement shall be governed by the laws of the State of _____________________________________________.</w:t>
      </w:r>
    </w:p>
    <w:p>
      <w:r>
        <w:rPr>
          <w:b/>
          <w:sz w:val="24"/>
        </w:rPr>
        <w:t>14. ENTIRE AGREEMENT</w:t>
      </w:r>
    </w:p>
    <w:p>
      <w:r>
        <w:t>This Agreement constitutes the entire agreement between the parties regarding Employee's employment and supersedes all prior agreements. Amendments must be in writing and signed by both parties.</w:t>
      </w:r>
    </w:p>
    <w:p/>
    <w:p>
      <w:r>
        <w:rPr>
          <w:b/>
        </w:rPr>
        <w:t>IN WITNESS WHEREOF</w:t>
      </w:r>
      <w:r>
        <w:t>, the parties have executed this Agreement as of the date first above written.</w:t>
      </w:r>
    </w:p>
    <w:p/>
    <w:p>
      <w:r>
        <w:rPr>
          <w:b/>
        </w:rPr>
        <w:t>EMPLOYER:</w:t>
      </w:r>
    </w:p>
    <w:p>
      <w:r>
        <w:t>Signature: _________________________________ Date: _______________</w:t>
      </w:r>
    </w:p>
    <w:p>
      <w:r>
        <w:t>Printed Name: _____________________________________________  Title: _____________________________________________</w:t>
      </w:r>
    </w:p>
    <w:p/>
    <w:p>
      <w:r>
        <w:rPr>
          <w:b/>
        </w:rPr>
        <w:t>EMPLOYEE:</w:t>
      </w:r>
    </w:p>
    <w:p>
      <w:r>
        <w:t>Signature: _________________________________ Date: _______________</w:t>
      </w:r>
    </w:p>
    <w:p>
      <w:r>
        <w:t>Printed Name: _____________________________________________</w:t>
      </w:r>
    </w:p>
    <w:p/>
    <w:p>
      <w:r>
        <w:rPr>
          <w:i/>
        </w:rPr>
        <w:t>DISCLAIMER: This template is provided for informational purposes only and does not constitute legal advice. Employment contracts have significant legal consequences for both parties. For executive employment, complex compensation, or restrictive covenants, consult an employment attorney.</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