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EMPLOYMENT CONTRACT</w:t>
      </w:r>
    </w:p>
    <w:p>
      <w:pPr>
        <w:jc w:val="both"/>
      </w:pPr>
      <w:r>
        <w:t>This Employment Contract is entered into on ________________ between:</w:t>
      </w:r>
    </w:p>
    <w:p/>
    <w:p>
      <w:pPr>
        <w:jc w:val="both"/>
      </w:pPr>
      <w:r>
        <w:t>EMPLOYER: _____________________________________________ at _____________________________________________.</w:t>
      </w:r>
    </w:p>
    <w:p>
      <w:pPr>
        <w:jc w:val="both"/>
      </w:pPr>
      <w:r>
        <w:t>EMPLOYEE: _____________________________________________ residing at _____________________________________________.</w:t>
      </w:r>
    </w:p>
    <w:p/>
    <w:p>
      <w:r>
        <w:rPr>
          <w:b/>
          <w:sz w:val="24"/>
        </w:rPr>
        <w:t>1. POSITION AND DUTIES</w:t>
      </w:r>
    </w:p>
    <w:p>
      <w:pPr>
        <w:jc w:val="both"/>
      </w:pPr>
      <w:r>
        <w:t>Position Title: _____________________________________________</w:t>
      </w:r>
    </w:p>
    <w:p>
      <w:pPr>
        <w:jc w:val="both"/>
      </w:pPr>
      <w:r>
        <w:t>Reports To: _____________________________________________</w:t>
      </w:r>
    </w:p>
    <w:p>
      <w:pPr>
        <w:jc w:val="both"/>
      </w:pPr>
      <w:r>
        <w:t>Primary Duties: _____________________________________________</w:t>
      </w:r>
    </w:p>
    <w:p>
      <w:r>
        <w:rPr>
          <w:b/>
          <w:sz w:val="24"/>
        </w:rPr>
        <w:t>2. START DATE AND EMPLOYMENT STATUS</w:t>
      </w:r>
    </w:p>
    <w:p>
      <w:pPr>
        <w:jc w:val="both"/>
      </w:pPr>
      <w:r>
        <w:t>Start Date: ________________</w:t>
      </w:r>
    </w:p>
    <w:p>
      <w:pPr>
        <w:jc w:val="both"/>
      </w:pPr>
      <w:r>
        <w:t>Employment Status: ___ Full-time  ___ Part-time  ___ At-will  ___ Fixed-term (until ________________)</w:t>
      </w:r>
    </w:p>
    <w:p>
      <w:pPr>
        <w:jc w:val="both"/>
      </w:pPr>
      <w:r>
        <w:t>Exempt Status: ___ Exempt  ___ Non-exempt</w:t>
      </w:r>
    </w:p>
    <w:p>
      <w:r>
        <w:rPr>
          <w:b/>
          <w:sz w:val="24"/>
        </w:rPr>
        <w:t>3. COMPENSATION</w:t>
      </w:r>
    </w:p>
    <w:p>
      <w:pPr>
        <w:jc w:val="both"/>
      </w:pPr>
      <w:r>
        <w:t>Base Salary/Hourly Rate: $___________ per ___ year  ___ hour</w:t>
      </w:r>
    </w:p>
    <w:p>
      <w:pPr>
        <w:jc w:val="both"/>
      </w:pPr>
      <w:r>
        <w:t>Payment Schedule: ___ Weekly  ___ Bi-weekly  ___ Monthly  ___ Other: __________________</w:t>
      </w:r>
    </w:p>
    <w:p>
      <w:pPr>
        <w:jc w:val="both"/>
      </w:pPr>
      <w:r>
        <w:t>Bonus/Commission Structure: _____________________________________________</w:t>
      </w:r>
    </w:p>
    <w:p>
      <w:r>
        <w:rPr>
          <w:b/>
          <w:sz w:val="24"/>
        </w:rPr>
        <w:t>4. BENEFITS</w:t>
      </w:r>
    </w:p>
    <w:p>
      <w:pPr>
        <w:jc w:val="both"/>
      </w:pPr>
      <w:r>
        <w:t>___ Health Insurance  ___ Dental  ___ Vision  ___ Life Insurance</w:t>
      </w:r>
    </w:p>
    <w:p>
      <w:pPr>
        <w:jc w:val="both"/>
      </w:pPr>
      <w:r>
        <w:t>___ Retirement Plan: __________________  ___ Stock Options</w:t>
      </w:r>
    </w:p>
    <w:p>
      <w:pPr>
        <w:jc w:val="both"/>
      </w:pPr>
      <w:r>
        <w:t>Paid Time Off: ____ days vacation, ____ days sick, ____ days personal</w:t>
      </w:r>
    </w:p>
    <w:p>
      <w:r>
        <w:rPr>
          <w:b/>
          <w:sz w:val="24"/>
        </w:rPr>
        <w:t>5. WORK SCHEDULE AND LOCATION</w:t>
      </w:r>
    </w:p>
    <w:p>
      <w:pPr>
        <w:jc w:val="both"/>
      </w:pPr>
      <w:r>
        <w:t>Hours: __________ per week  Location: _____________________________________________</w:t>
      </w:r>
    </w:p>
    <w:p>
      <w:pPr>
        <w:jc w:val="both"/>
      </w:pPr>
      <w:r>
        <w:t>Remote Work: ___ Yes  ___ No  ___ Hybrid: __________________</w:t>
      </w:r>
    </w:p>
    <w:p>
      <w:r>
        <w:rPr>
          <w:b/>
          <w:sz w:val="24"/>
        </w:rPr>
        <w:t>6. CONFIDENTIALITY AND IP ASSIGNMENT</w:t>
      </w:r>
    </w:p>
    <w:p>
      <w:pPr>
        <w:jc w:val="both"/>
      </w:pPr>
      <w:r>
        <w:t>Employee agrees to keep confidential all proprietary information. All work product, inventions, and intellectual property created during employment shall belong to Employer.</w:t>
      </w:r>
    </w:p>
    <w:p>
      <w:r>
        <w:rPr>
          <w:b/>
          <w:sz w:val="24"/>
        </w:rPr>
        <w:t>7. NON-COMPETE AND NON-SOLICITATION</w:t>
      </w:r>
    </w:p>
    <w:p>
      <w:pPr>
        <w:jc w:val="both"/>
      </w:pPr>
      <w:r>
        <w:t>Subject to state law: Employee shall not compete with Employer for ____ months after termination within _____________________________________________ [Geographic Area].</w:t>
      </w:r>
    </w:p>
    <w:p>
      <w:r>
        <w:rPr>
          <w:b/>
          <w:sz w:val="24"/>
        </w:rPr>
        <w:t>8. TERMINATION</w:t>
      </w:r>
    </w:p>
    <w:p>
      <w:pPr>
        <w:jc w:val="both"/>
      </w:pPr>
      <w:r>
        <w:t>___ At-will: Either party may terminate at any time</w:t>
      </w:r>
    </w:p>
    <w:p>
      <w:pPr>
        <w:jc w:val="both"/>
      </w:pPr>
      <w:r>
        <w:t>___ Notice period: ____ days written notice required</w:t>
      </w:r>
    </w:p>
    <w:p>
      <w:pPr>
        <w:jc w:val="both"/>
      </w:pPr>
      <w:r>
        <w:t>___ Termination for cause: as defined in this Agreement</w:t>
      </w:r>
    </w:p>
    <w:p>
      <w:r>
        <w:rPr>
          <w:b/>
          <w:sz w:val="24"/>
        </w:rPr>
        <w:t>9.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EMPLOYER: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EMPLOYEE: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