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NOTICE TO QUIT / EVICTION NOTICE</w:t>
      </w:r>
    </w:p>
    <w:p>
      <w:pPr>
        <w:jc w:val="both"/>
      </w:pPr>
      <w:r>
        <w:t>Date: ________________</w:t>
      </w:r>
    </w:p>
    <w:p/>
    <w:p>
      <w:pPr>
        <w:jc w:val="both"/>
      </w:pPr>
      <w:r>
        <w:t>To: _____________________________________________ [Tenant(s) Name]</w:t>
      </w:r>
    </w:p>
    <w:p>
      <w:pPr>
        <w:jc w:val="both"/>
      </w:pPr>
      <w:r>
        <w:t>Address of Property: _____________________________________________</w:t>
      </w:r>
    </w:p>
    <w:p/>
    <w:p>
      <w:pPr>
        <w:jc w:val="both"/>
      </w:pPr>
      <w:r>
        <w:t>From: _____________________________________________ [Landlord Name]</w:t>
      </w:r>
    </w:p>
    <w:p>
      <w:pPr>
        <w:jc w:val="both"/>
      </w:pPr>
      <w:r>
        <w:t>Landlord Address: _____________________________________________</w:t>
      </w:r>
    </w:p>
    <w:p/>
    <w:p>
      <w:pPr>
        <w:jc w:val="both"/>
      </w:pPr>
      <w:r>
        <w:t>YOU ARE HEREBY NOTIFIED that:</w:t>
      </w:r>
    </w:p>
    <w:p>
      <w:r>
        <w:rPr>
          <w:b/>
          <w:sz w:val="24"/>
        </w:rPr>
        <w:t>TYPE OF NOTICE</w:t>
      </w:r>
    </w:p>
    <w:p>
      <w:pPr>
        <w:jc w:val="both"/>
      </w:pPr>
      <w:r>
        <w:t>___ PAY OR QUIT (Non-payment of Rent)</w:t>
      </w:r>
    </w:p>
    <w:p>
      <w:pPr>
        <w:jc w:val="both"/>
      </w:pPr>
      <w:r>
        <w:t>You owe $___________ in unpaid rent for the period of ________________ to ________________.</w:t>
      </w:r>
    </w:p>
    <w:p>
      <w:pPr>
        <w:jc w:val="both"/>
      </w:pPr>
      <w:r>
        <w:t>You must PAY the rent due or VACATE the premises within ____ days from receipt of this notice.</w:t>
      </w:r>
    </w:p>
    <w:p/>
    <w:p>
      <w:pPr>
        <w:jc w:val="both"/>
      </w:pPr>
      <w:r>
        <w:t>___ CURE OR QUIT (Lease Violation)</w:t>
      </w:r>
    </w:p>
    <w:p>
      <w:pPr>
        <w:jc w:val="both"/>
      </w:pPr>
      <w:r>
        <w:t>You have violated the following lease term(s): _____________________________________________</w:t>
      </w:r>
    </w:p>
    <w:p>
      <w:pPr>
        <w:jc w:val="both"/>
      </w:pPr>
      <w:r>
        <w:t>You must CURE this violation or VACATE within ____ days from receipt of this notice.</w:t>
      </w:r>
    </w:p>
    <w:p/>
    <w:p>
      <w:pPr>
        <w:jc w:val="both"/>
      </w:pPr>
      <w:r>
        <w:t>___ UNCONDITIONAL QUIT (No Right to Cure)</w:t>
      </w:r>
    </w:p>
    <w:p>
      <w:pPr>
        <w:jc w:val="both"/>
      </w:pPr>
      <w:r>
        <w:t>Due to ___ illegal activity  ___ severe violation  ___ repeat violations</w:t>
      </w:r>
    </w:p>
    <w:p>
      <w:pPr>
        <w:jc w:val="both"/>
      </w:pPr>
      <w:r>
        <w:t>You must VACATE within ____ days. No opportunity to cure.</w:t>
      </w:r>
    </w:p>
    <w:p/>
    <w:p>
      <w:pPr>
        <w:jc w:val="both"/>
      </w:pPr>
      <w:r>
        <w:t>___ NO-CAUSE TERMINATION (Month-to-Month)</w:t>
      </w:r>
    </w:p>
    <w:p>
      <w:pPr>
        <w:jc w:val="both"/>
      </w:pPr>
      <w:r>
        <w:t>Your tenancy is terminated effective ________________. You must vacate by this date.</w:t>
      </w:r>
    </w:p>
    <w:p/>
    <w:p>
      <w:r>
        <w:rPr>
          <w:b/>
          <w:sz w:val="24"/>
        </w:rPr>
        <w:t>CONSEQUENCES OF NON-COMPLIANCE</w:t>
      </w:r>
    </w:p>
    <w:p>
      <w:pPr>
        <w:jc w:val="both"/>
      </w:pPr>
      <w:r>
        <w:t>If you fail to comply within the time specified, the Landlord will commence legal eviction proceedings against you, which may result in: a court judgment, eviction by sheriff/marshal, damages, late fees, attorney fees, and a public eviction record affecting your future rental ability.</w:t>
      </w:r>
    </w:p>
    <w:p>
      <w:r>
        <w:rPr>
          <w:b/>
          <w:sz w:val="24"/>
        </w:rPr>
        <w:t>CONTACT</w:t>
      </w:r>
    </w:p>
    <w:p>
      <w:pPr>
        <w:jc w:val="both"/>
      </w:pPr>
      <w:r>
        <w:t>Questions or arrangements: Contact landlord at __________________ / __________________</w:t>
      </w:r>
    </w:p>
    <w:p/>
    <w:p>
      <w:pPr>
        <w:jc w:val="both"/>
      </w:pPr>
      <w:r>
        <w:t>LANDLORD SIGNATURE: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PROOF OF SERVICE</w:t>
      </w:r>
    </w:p>
    <w:p>
      <w:pPr>
        <w:jc w:val="both"/>
      </w:pPr>
      <w:r>
        <w:t>Date served: ________________  Method: ___ Personal delivery  ___ Posting + mailing  ___ Certified mail</w:t>
      </w:r>
    </w:p>
    <w:p>
      <w:pPr>
        <w:jc w:val="both"/>
      </w:pPr>
      <w:r>
        <w:t>Served by: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