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INCIDENT REPORT</w:t>
      </w:r>
    </w:p>
    <w:p>
      <w:r>
        <w:rPr>
          <w:b/>
          <w:sz w:val="24"/>
        </w:rPr>
        <w:t>1. INCIDENT IDENTIFICATION</w:t>
      </w:r>
    </w:p>
    <w:p>
      <w:r>
        <w:t>Report Number: _________________</w:t>
      </w:r>
    </w:p>
    <w:p>
      <w:r>
        <w:t>Date of Incident: _________________  Time: _________  AM / PM</w:t>
      </w:r>
    </w:p>
    <w:p>
      <w:r>
        <w:t>Date Reported: _________________  Time: _________  AM / PM</w:t>
      </w:r>
    </w:p>
    <w:p>
      <w:r>
        <w:t>Location: _____________________________________________________________________</w:t>
      </w:r>
    </w:p>
    <w:p>
      <w:r>
        <w:t>Type of Incident:</w:t>
      </w:r>
    </w:p>
    <w:p>
      <w:r>
        <w:t>___ Injury  ___ Near-Miss  ___ Property Damage  ___ Security  ___ Vehicle  ___ Other: _________</w:t>
      </w:r>
    </w:p>
    <w:p>
      <w:r>
        <w:rPr>
          <w:b/>
          <w:sz w:val="24"/>
        </w:rPr>
        <w:t>2. PERSONS INVOLVED</w:t>
      </w:r>
    </w:p>
    <w:p>
      <w:r>
        <w:rPr>
          <w:b/>
        </w:rPr>
        <w:t>Injured / Affected Party:</w:t>
      </w:r>
    </w:p>
    <w:p>
      <w:r>
        <w:t>Name: _____________________________________________________________________</w:t>
      </w:r>
    </w:p>
    <w:p>
      <w:r>
        <w:t>Title / Position: _____________________________________________________________________</w:t>
      </w:r>
    </w:p>
    <w:p>
      <w:r>
        <w:t>Employee ID: _________________   Department: _____________________________________________</w:t>
      </w:r>
    </w:p>
    <w:p>
      <w:r>
        <w:t>Date of Birth: _________________   Phone: _________________</w:t>
      </w:r>
    </w:p>
    <w:p>
      <w:r>
        <w:t>Years of Service: ______  Hire Date: _________________</w:t>
      </w:r>
    </w:p>
    <w:p>
      <w:r>
        <w:rPr>
          <w:b/>
        </w:rPr>
        <w:t>Reporter:</w:t>
      </w:r>
    </w:p>
    <w:p>
      <w:r>
        <w:t>Name: _____________________________________________________________________</w:t>
      </w:r>
    </w:p>
    <w:p>
      <w:r>
        <w:t>Title: _____________________________________________________________________</w:t>
      </w:r>
    </w:p>
    <w:p>
      <w:r>
        <w:t>Phone: _________________   Email: _________________</w:t>
      </w:r>
    </w:p>
    <w:p>
      <w:r>
        <w:rPr>
          <w:b/>
          <w:sz w:val="24"/>
        </w:rPr>
        <w:t>3. WITNESSES</w:t>
      </w:r>
    </w:p>
    <w:p>
      <w:r>
        <w:t>Witness 1: _____________________________________________ Phone: _________________</w:t>
      </w:r>
    </w:p>
    <w:p>
      <w:r>
        <w:t>Witness 2: _____________________________________________ Phone: _________________</w:t>
      </w:r>
    </w:p>
    <w:p>
      <w:r>
        <w:t>Witness 3: _____________________________________________ Phone: _________________</w:t>
      </w:r>
    </w:p>
    <w:p>
      <w:r>
        <w:rPr>
          <w:b/>
          <w:sz w:val="24"/>
        </w:rPr>
        <w:t>4. DESCRIPTION OF INCIDENT</w:t>
      </w:r>
    </w:p>
    <w:p>
      <w:r>
        <w:t>Provide a chronological, objective account of what happened. Stick to observed facts. Distinguish what you observed directly from what was reported by others.</w:t>
      </w:r>
    </w:p>
    <w:p>
      <w:r>
        <w:t>_________________________________________________________________________________________</w:t>
      </w:r>
    </w:p>
    <w:p>
      <w:r>
        <w:t>_________________________________________________________________________________________</w:t>
      </w:r>
    </w:p>
    <w:p>
      <w:r>
        <w:t>_________________________________________________________________________________________</w:t>
      </w:r>
    </w:p>
    <w:p>
      <w:r>
        <w:t>_________________________________________________________________________________________</w:t>
      </w:r>
    </w:p>
    <w:p>
      <w:r>
        <w:t>_________________________________________________________________________________________</w:t>
      </w:r>
    </w:p>
    <w:p>
      <w:r>
        <w:t>_________________________________________________________________________________________</w:t>
      </w:r>
    </w:p>
    <w:p>
      <w:r>
        <w:rPr>
          <w:b/>
          <w:sz w:val="24"/>
        </w:rPr>
        <w:t>5. INJURY DETAILS (IF APPLICABLE)</w:t>
      </w:r>
    </w:p>
    <w:p>
      <w:r>
        <w:t>Body part(s) affected: _____________________________________________________________________</w:t>
      </w:r>
    </w:p>
    <w:p>
      <w:r>
        <w:t>Nature of injury: _____________________________________________________________________</w:t>
      </w:r>
    </w:p>
    <w:p>
      <w:r>
        <w:t>Severity:  ___ First Aid Only  ___ Medical Treatment  ___ Lost Time  ___ Restricted Duty  ___ Fatality</w:t>
      </w:r>
    </w:p>
    <w:p>
      <w:r>
        <w:t>Medical treatment provided by: _____________________________________________________________________</w:t>
      </w:r>
    </w:p>
    <w:p>
      <w:r>
        <w:t>Treating facility: _____________________________________________________________________</w:t>
      </w:r>
    </w:p>
    <w:p>
      <w:r>
        <w:t>Hospitalization? ___ Yes ___ No  If yes, admit date: _________________</w:t>
      </w:r>
    </w:p>
    <w:p>
      <w:r>
        <w:rPr>
          <w:b/>
          <w:sz w:val="24"/>
        </w:rPr>
        <w:t>6. PROPERTY DAMAGE (IF APPLICABLE)</w:t>
      </w:r>
    </w:p>
    <w:p>
      <w:r>
        <w:t>Property damaged: _____________________________________________________________________</w:t>
      </w:r>
    </w:p>
    <w:p>
      <w:r>
        <w:t>Estimated cost of damage: $_______________________</w:t>
      </w:r>
    </w:p>
    <w:p>
      <w:r>
        <w:t>Owner of property: _____________________________________________________________________</w:t>
      </w:r>
    </w:p>
    <w:p>
      <w:r>
        <w:rPr>
          <w:b/>
          <w:sz w:val="24"/>
        </w:rPr>
        <w:t>7. EQUIPMENT, MATERIALS, OR ENVIRONMENTAL FACTORS</w:t>
      </w:r>
    </w:p>
    <w:p>
      <w:r>
        <w:t>Equipment involved: _____________________________________________________________________</w:t>
      </w:r>
    </w:p>
    <w:p>
      <w:r>
        <w:t>Materials involved: _____________________________________________________________________</w:t>
      </w:r>
    </w:p>
    <w:p>
      <w:r>
        <w:t>Environmental conditions (lighting, weather, surface, etc.): _____________________________________________________________________</w:t>
      </w:r>
    </w:p>
    <w:p>
      <w:r>
        <w:t>Was PPE in use? ___ Yes ___ No  If yes, specify: _________________</w:t>
      </w:r>
    </w:p>
    <w:p>
      <w:r>
        <w:t>Was the equipment in proper working order? ___ Yes ___ No  ___ Unknown</w:t>
      </w:r>
    </w:p>
    <w:p>
      <w:r>
        <w:rPr>
          <w:b/>
          <w:sz w:val="24"/>
        </w:rPr>
        <w:t>8. PHOTOGRAPHS AND EVIDENCE</w:t>
      </w:r>
    </w:p>
    <w:p>
      <w:r>
        <w:t>Photos taken? ___ Yes ___ No  Number of photos: ____</w:t>
      </w:r>
    </w:p>
    <w:p>
      <w:r>
        <w:t>Other evidence collected: _____________________________________________________________________</w:t>
      </w:r>
    </w:p>
    <w:p>
      <w:r>
        <w:rPr>
          <w:b/>
          <w:sz w:val="24"/>
        </w:rPr>
        <w:t>9. IMMEDIATE CORRECTIVE ACTIONS</w:t>
      </w:r>
    </w:p>
    <w:p>
      <w:r>
        <w:t>What was done immediately to address the incident:</w:t>
      </w:r>
    </w:p>
    <w:p>
      <w:r>
        <w:t>_________________________________________________________________________________________</w:t>
      </w:r>
    </w:p>
    <w:p>
      <w:r>
        <w:t>_________________________________________________________________________________________</w:t>
      </w:r>
    </w:p>
    <w:p>
      <w:r>
        <w:rPr>
          <w:b/>
          <w:sz w:val="24"/>
        </w:rPr>
        <w:t>10. RECOMMENDATIONS FOR PREVENTION</w:t>
      </w:r>
    </w:p>
    <w:p>
      <w:r>
        <w:t>_________________________________________________________________________________________</w:t>
      </w:r>
    </w:p>
    <w:p>
      <w:r>
        <w:t>_________________________________________________________________________________________</w:t>
      </w:r>
    </w:p>
    <w:p>
      <w:r>
        <w:t>_________________________________________________________________________________________</w:t>
      </w:r>
    </w:p>
    <w:p>
      <w:r>
        <w:rPr>
          <w:b/>
          <w:sz w:val="24"/>
        </w:rPr>
        <w:t>11. OSHA-RECORDABLE?</w:t>
      </w:r>
    </w:p>
    <w:p>
      <w:r>
        <w:t>___ Yes  ___ No  ___ Pending Determination</w:t>
      </w:r>
    </w:p>
    <w:p>
      <w:r>
        <w:t>If yes, OSHA 301 Form completed? ___ Yes ___ No  Date filed: _________________</w:t>
      </w:r>
    </w:p>
    <w:p>
      <w:r>
        <w:t>Workers' Compensation claim filed? ___ Yes ___ No  Date filed: _________________</w:t>
      </w:r>
    </w:p>
    <w:p/>
    <w:p>
      <w:r>
        <w:rPr>
          <w:b/>
          <w:sz w:val="24"/>
        </w:rPr>
        <w:t>SIGNATURES</w:t>
      </w:r>
    </w:p>
    <w:p>
      <w:r>
        <w:t>Reporter Signature: _________________________________ Date: _______________</w:t>
      </w:r>
    </w:p>
    <w:p>
      <w:r>
        <w:t>Reporter Printed Name: _____________________________________________</w:t>
      </w:r>
    </w:p>
    <w:p/>
    <w:p>
      <w:r>
        <w:t>Supervisor Signature: _________________________________ Date: _______________</w:t>
      </w:r>
    </w:p>
    <w:p>
      <w:r>
        <w:t>Supervisor Printed Name: _____________________________________________</w:t>
      </w:r>
    </w:p>
    <w:p/>
    <w:p>
      <w:r>
        <w:t>Affected Party Signature: _________________________________ Date: _______________</w:t>
      </w:r>
    </w:p>
    <w:p>
      <w:r>
        <w:t>(If unable or unwilling to sign, note reason: _________________________________)</w:t>
      </w:r>
    </w:p>
    <w:p/>
    <w:p>
      <w:r>
        <w:rPr>
          <w:i/>
        </w:rPr>
        <w:t>DISCLAIMER: This template is provided for informational purposes only and does not constitute legal advice. OSHA requires specific reporting for certain workplace incidents. For any serious incident, contact your insurance carrier, legal counsel, and required regulatory agencies immediately.</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