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INDEPENDENT CONTRACTOR AGREEMENT</w:t>
      </w:r>
    </w:p>
    <w:p>
      <w:pPr>
        <w:jc w:val="both"/>
      </w:pPr>
      <w:r>
        <w:t>This Independent Contractor Agreement is entered into on ________________ between:</w:t>
      </w:r>
    </w:p>
    <w:p/>
    <w:p>
      <w:pPr>
        <w:jc w:val="both"/>
      </w:pPr>
      <w:r>
        <w:t>CLIENT: _____________________________________________ at _____________________________________________.</w:t>
      </w:r>
    </w:p>
    <w:p>
      <w:pPr>
        <w:jc w:val="both"/>
      </w:pPr>
      <w:r>
        <w:t>CONTRACTOR: _____________________________________________ at _____________________________________________.</w:t>
      </w:r>
    </w:p>
    <w:p/>
    <w:p>
      <w:r>
        <w:rPr>
          <w:b/>
          <w:sz w:val="24"/>
        </w:rPr>
        <w:t>1. INDEPENDENT CONTRACTOR STATUS</w:t>
      </w:r>
    </w:p>
    <w:p>
      <w:pPr>
        <w:jc w:val="both"/>
      </w:pPr>
      <w:r>
        <w:t>Contractor is engaged as an independent contractor, NOT an employee. Contractor is responsible for own taxes, insurance, and benefits.</w:t>
      </w:r>
    </w:p>
    <w:p>
      <w:r>
        <w:rPr>
          <w:b/>
          <w:sz w:val="24"/>
        </w:rPr>
        <w:t>2. SCOPE OF WORK</w:t>
      </w:r>
    </w:p>
    <w:p>
      <w:pPr>
        <w:jc w:val="both"/>
      </w:pPr>
      <w:r>
        <w:t>Services: _____________________________________________</w:t>
      </w:r>
    </w:p>
    <w:p>
      <w:pPr>
        <w:jc w:val="both"/>
      </w:pPr>
      <w:r>
        <w:t>Deliverables: _____________________________________________</w:t>
      </w:r>
    </w:p>
    <w:p>
      <w:r>
        <w:rPr>
          <w:b/>
          <w:sz w:val="24"/>
        </w:rPr>
        <w:t>3. TIMELINE</w:t>
      </w:r>
    </w:p>
    <w:p>
      <w:pPr>
        <w:jc w:val="both"/>
      </w:pPr>
      <w:r>
        <w:t>Start Date: ________________  Completion Date: ________________</w:t>
      </w:r>
    </w:p>
    <w:p>
      <w:pPr>
        <w:jc w:val="both"/>
      </w:pPr>
      <w:r>
        <w:t>Milestones: _____________________________________________</w:t>
      </w:r>
    </w:p>
    <w:p>
      <w:r>
        <w:rPr>
          <w:b/>
          <w:sz w:val="24"/>
        </w:rPr>
        <w:t>4. COMPENSATION</w:t>
      </w:r>
    </w:p>
    <w:p>
      <w:pPr>
        <w:jc w:val="both"/>
      </w:pPr>
      <w:r>
        <w:t>Total Fee: $___________ ___ Fixed  ___ Hourly @ $___________</w:t>
      </w:r>
    </w:p>
    <w:p>
      <w:pPr>
        <w:jc w:val="both"/>
      </w:pPr>
      <w:r>
        <w:t>Payment Schedule: _____________________________________________</w:t>
      </w:r>
    </w:p>
    <w:p>
      <w:r>
        <w:rPr>
          <w:b/>
          <w:sz w:val="24"/>
        </w:rPr>
        <w:t>5. EXPENSES</w:t>
      </w:r>
    </w:p>
    <w:p>
      <w:pPr>
        <w:jc w:val="both"/>
      </w:pPr>
      <w:r>
        <w:t>___ All expenses included  ___ Reimbursable expenses: __________________</w:t>
      </w:r>
    </w:p>
    <w:p>
      <w:r>
        <w:rPr>
          <w:b/>
          <w:sz w:val="24"/>
        </w:rPr>
        <w:t>6. INTELLECTUAL PROPERTY</w:t>
      </w:r>
    </w:p>
    <w:p>
      <w:pPr>
        <w:jc w:val="both"/>
      </w:pPr>
      <w:r>
        <w:t>All work product belongs to Client upon payment. Contractor assigns all rights in deliverables to Client.</w:t>
      </w:r>
    </w:p>
    <w:p>
      <w:r>
        <w:rPr>
          <w:b/>
          <w:sz w:val="24"/>
        </w:rPr>
        <w:t>7. CONFIDENTIALITY</w:t>
      </w:r>
    </w:p>
    <w:p>
      <w:pPr>
        <w:jc w:val="both"/>
      </w:pPr>
      <w:r>
        <w:t>Contractor shall maintain confidentiality of all Client information during and after engagement.</w:t>
      </w:r>
    </w:p>
    <w:p>
      <w:r>
        <w:rPr>
          <w:b/>
          <w:sz w:val="24"/>
        </w:rPr>
        <w:t>8. TERMINATION</w:t>
      </w:r>
    </w:p>
    <w:p>
      <w:pPr>
        <w:jc w:val="both"/>
      </w:pPr>
      <w:r>
        <w:t>Either party may terminate with ____ days written notice. Client pays for work completed through termination date.</w:t>
      </w:r>
    </w:p>
    <w:p>
      <w:r>
        <w:rPr>
          <w:b/>
          <w:sz w:val="24"/>
        </w:rPr>
        <w:t>9. NO BENEFITS</w:t>
      </w:r>
    </w:p>
    <w:p>
      <w:pPr>
        <w:jc w:val="both"/>
      </w:pPr>
      <w:r>
        <w:t>Contractor is not entitled to any employee benefits including health insurance, retirement, or paid leave.</w:t>
      </w:r>
    </w:p>
    <w:p>
      <w:r>
        <w:rPr>
          <w:b/>
          <w:sz w:val="24"/>
        </w:rPr>
        <w:t>10. GOVERNING LAW</w:t>
      </w:r>
    </w:p>
    <w:p>
      <w:pPr>
        <w:jc w:val="both"/>
      </w:pPr>
      <w:r>
        <w:t>Governed by laws of the State of _____________________________________________.</w:t>
      </w:r>
    </w:p>
    <w:p/>
    <w:p>
      <w:pPr>
        <w:jc w:val="both"/>
      </w:pPr>
      <w:r>
        <w:t>CLIENT: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CONTRACTOR: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