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INVOICE</w:t>
      </w:r>
    </w:p>
    <w:p>
      <w:r>
        <w:rPr>
          <w:b/>
        </w:rPr>
        <w:t>FROM:</w:t>
      </w:r>
    </w:p>
    <w:p>
      <w:r>
        <w:t>[Your Business Name]</w:t>
      </w:r>
    </w:p>
    <w:p>
      <w:r>
        <w:t>[Business Address]</w:t>
      </w:r>
    </w:p>
    <w:p>
      <w:r>
        <w:t>[City, State, ZIP]</w:t>
      </w:r>
    </w:p>
    <w:p>
      <w:r>
        <w:t>[Phone] | [Email]</w:t>
      </w:r>
    </w:p>
    <w:p>
      <w:r>
        <w:t>[Tax ID / EIN]</w:t>
      </w:r>
    </w:p>
    <w:p/>
    <w:p>
      <w:r>
        <w:rPr>
          <w:b/>
        </w:rPr>
        <w:t>BILL TO:</w:t>
      </w:r>
    </w:p>
    <w:p>
      <w:r>
        <w:t>[Client Name]</w:t>
      </w:r>
    </w:p>
    <w:p>
      <w:r>
        <w:t>[Client Company]</w:t>
      </w:r>
    </w:p>
    <w:p>
      <w:r>
        <w:t>[Client Address]</w:t>
      </w:r>
    </w:p>
    <w:p>
      <w:r>
        <w:t>[Client Email]</w:t>
      </w:r>
    </w:p>
    <w:p/>
    <w:p>
      <w:r>
        <w:rPr>
          <w:b/>
          <w:sz w:val="24"/>
        </w:rPr>
        <w:t>INVOICE DETAILS</w:t>
      </w:r>
    </w:p>
    <w:p>
      <w:r>
        <w:t>Invoice Number: INV-_______________</w:t>
      </w:r>
    </w:p>
    <w:p>
      <w:r>
        <w:t>Invoice Date: _________________</w:t>
      </w:r>
    </w:p>
    <w:p>
      <w:r>
        <w:t>Due Date: _________________  (Net ______ days)</w:t>
      </w:r>
    </w:p>
    <w:p>
      <w:r>
        <w:t>PO Number (if applicable): _________________</w:t>
      </w:r>
    </w:p>
    <w:p/>
    <w:p>
      <w:r>
        <w:rPr>
          <w:b/>
          <w:sz w:val="24"/>
        </w:rPr>
        <w:t>ITEMIZED CHARGES</w:t>
      </w:r>
    </w:p>
    <w:p>
      <w:r>
        <w:t>____________________________________________________________________________________________</w:t>
      </w:r>
    </w:p>
    <w:p>
      <w:r>
        <w:t>DESCRIPTION                                          QTY      UNIT PRICE     LINE TOTAL</w:t>
      </w:r>
    </w:p>
    <w:p>
      <w:r>
        <w:t>____________________________________________________________________________________________</w:t>
      </w:r>
    </w:p>
    <w:p>
      <w:r>
        <w:t>[Item 1 description]                                ____      $______        $______</w:t>
      </w:r>
    </w:p>
    <w:p>
      <w:r>
        <w:t>[Item 2 description]                                ____      $______        $______</w:t>
      </w:r>
    </w:p>
    <w:p>
      <w:r>
        <w:t>[Item 3 description]                                ____      $______        $______</w:t>
      </w:r>
    </w:p>
    <w:p>
      <w:r>
        <w:t>[Item 4 description]                                ____      $______        $______</w:t>
      </w:r>
    </w:p>
    <w:p>
      <w:r>
        <w:t>[Item 5 description]                                ____      $______        $______</w:t>
      </w:r>
    </w:p>
    <w:p>
      <w:r>
        <w:t>____________________________________________________________________________________________</w:t>
      </w:r>
    </w:p>
    <w:p/>
    <w:p>
      <w:r>
        <w:t xml:space="preserve">                                                          Subtotal:           $______</w:t>
      </w:r>
    </w:p>
    <w:p>
      <w:r>
        <w:t xml:space="preserve">                                                          Discount:        - $______</w:t>
      </w:r>
    </w:p>
    <w:p>
      <w:r>
        <w:t xml:space="preserve">                                                          Tax (___%):          $______</w:t>
      </w:r>
    </w:p>
    <w:p>
      <w:r>
        <w:t xml:space="preserve">                                                          Shipping:            $______</w:t>
      </w:r>
    </w:p>
    <w:p>
      <w:r>
        <w:t xml:space="preserve">                                                          TOTAL DUE:           $______</w:t>
      </w:r>
    </w:p>
    <w:p/>
    <w:p>
      <w:r>
        <w:rPr>
          <w:b/>
          <w:sz w:val="24"/>
        </w:rPr>
        <w:t>PAYMENT TERMS</w:t>
      </w:r>
    </w:p>
    <w:p>
      <w:r>
        <w:t>Payment due within ______ days of invoice date.</w:t>
      </w:r>
    </w:p>
    <w:p>
      <w:r>
        <w:t>Late payments accrue interest at 1.5% per month or the maximum legal rate, whichever is lower.</w:t>
      </w:r>
    </w:p>
    <w:p/>
    <w:p>
      <w:r>
        <w:rPr>
          <w:b/>
          <w:sz w:val="24"/>
        </w:rPr>
        <w:t>PAYMENT METHODS</w:t>
      </w:r>
    </w:p>
    <w:p>
      <w:r>
        <w:t>___ Check payable to: [Business Name]</w:t>
      </w:r>
    </w:p>
    <w:p>
      <w:r>
        <w:t>___ ACH/Bank Transfer: Routing _______________ Account _______________</w:t>
      </w:r>
    </w:p>
    <w:p>
      <w:r>
        <w:t>___ Wire Transfer: [Bank Name] | SWIFT _______________</w:t>
      </w:r>
    </w:p>
    <w:p>
      <w:r>
        <w:t>___ Credit Card: [Payment processor URL]</w:t>
      </w:r>
    </w:p>
    <w:p>
      <w:r>
        <w:t>___ Online: [PayPal / Stripe / payment portal URL]</w:t>
      </w:r>
    </w:p>
    <w:p/>
    <w:p>
      <w:r>
        <w:rPr>
          <w:b/>
          <w:sz w:val="24"/>
        </w:rPr>
        <w:t>NOTES</w:t>
      </w:r>
    </w:p>
    <w:p>
      <w:r>
        <w:t>Thank you for your business. Please reference invoice number INV-_______________ on all payment correspondence.</w:t>
      </w:r>
    </w:p>
    <w:p/>
    <w:p>
      <w:r>
        <w:rPr>
          <w:i/>
        </w:rPr>
        <w:t>DISCLAIMER: This template is provided for informational purposes only and does not constitute legal or accounting advice. For specialized invoicing needs (healthcare, government contracts, international trade), consult an accountant or attorney.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