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INVOICE</w:t>
      </w:r>
    </w:p>
    <w:p>
      <w:pPr>
        <w:jc w:val="both"/>
      </w:pPr>
      <w:r>
        <w:t>Invoice Number: ____________  Issue Date: ____________  Due Date: ____________</w:t>
      </w:r>
    </w:p>
    <w:p/>
    <w:p>
      <w:r>
        <w:rPr>
          <w:b/>
          <w:sz w:val="24"/>
        </w:rPr>
        <w:t>FROM (BILLED BY)</w:t>
      </w:r>
    </w:p>
    <w:p>
      <w:pPr>
        <w:jc w:val="both"/>
      </w:pPr>
      <w:r>
        <w:t>Business Name: _____________________________________________</w:t>
      </w:r>
    </w:p>
    <w:p>
      <w:pPr>
        <w:jc w:val="both"/>
      </w:pPr>
      <w:r>
        <w:t>Address: _____________________________________________</w:t>
      </w:r>
    </w:p>
    <w:p>
      <w:pPr>
        <w:jc w:val="both"/>
      </w:pPr>
      <w:r>
        <w:t>Phone: __________________  Email: __________________  Tax ID: __________________</w:t>
      </w:r>
    </w:p>
    <w:p>
      <w:r>
        <w:rPr>
          <w:b/>
          <w:sz w:val="24"/>
        </w:rPr>
        <w:t>TO (BILLED TO)</w:t>
      </w:r>
    </w:p>
    <w:p>
      <w:pPr>
        <w:jc w:val="both"/>
      </w:pPr>
      <w:r>
        <w:t>Client Name: _____________________________________________</w:t>
      </w:r>
    </w:p>
    <w:p>
      <w:pPr>
        <w:jc w:val="both"/>
      </w:pPr>
      <w:r>
        <w:t>Address: _____________________________________________</w:t>
      </w:r>
    </w:p>
    <w:p>
      <w:pPr>
        <w:jc w:val="both"/>
      </w:pPr>
      <w:r>
        <w:t>Phone: __________________  Email: __________________</w:t>
      </w:r>
    </w:p>
    <w:p>
      <w:r>
        <w:rPr>
          <w:b/>
          <w:sz w:val="24"/>
        </w:rPr>
        <w:t>ITEMIZED SERVICES/PRODUCTS</w:t>
      </w:r>
    </w:p>
    <w:p>
      <w:pPr>
        <w:jc w:val="both"/>
      </w:pPr>
      <w:r>
        <w:t>| Description | Quantity | Unit Price | Total |</w:t>
      </w:r>
    </w:p>
    <w:p>
      <w:pPr>
        <w:jc w:val="both"/>
      </w:pPr>
      <w:r>
        <w:t>| __________________ | _____ | $_______ | $_______ |</w:t>
      </w:r>
    </w:p>
    <w:p>
      <w:pPr>
        <w:jc w:val="both"/>
      </w:pPr>
      <w:r>
        <w:t>| __________________ | _____ | $_______ | $_______ |</w:t>
      </w:r>
    </w:p>
    <w:p>
      <w:pPr>
        <w:jc w:val="both"/>
      </w:pPr>
      <w:r>
        <w:t>| __________________ | _____ | $_______ | $_______ |</w:t>
      </w:r>
    </w:p>
    <w:p>
      <w:pPr>
        <w:jc w:val="both"/>
      </w:pPr>
      <w:r>
        <w:t>| __________________ | _____ | $_______ | $_______ |</w:t>
      </w:r>
    </w:p>
    <w:p>
      <w:pPr>
        <w:jc w:val="both"/>
      </w:pPr>
      <w:r>
        <w:t>| __________________ | _____ | $_______ | $_______ |</w:t>
      </w:r>
    </w:p>
    <w:p/>
    <w:p>
      <w:r>
        <w:rPr>
          <w:b/>
          <w:sz w:val="24"/>
        </w:rPr>
        <w:t>TOTALS</w:t>
      </w:r>
    </w:p>
    <w:p>
      <w:pPr>
        <w:jc w:val="both"/>
      </w:pPr>
      <w:r>
        <w:t>Subtotal: $_______________</w:t>
      </w:r>
    </w:p>
    <w:p>
      <w:pPr>
        <w:jc w:val="both"/>
      </w:pPr>
      <w:r>
        <w:t>Tax (___%): $_______________</w:t>
      </w:r>
    </w:p>
    <w:p>
      <w:pPr>
        <w:jc w:val="both"/>
      </w:pPr>
      <w:r>
        <w:t>Discount: $_______________</w:t>
      </w:r>
    </w:p>
    <w:p>
      <w:pPr>
        <w:jc w:val="both"/>
      </w:pPr>
      <w:r>
        <w:t>Total Due: $_______________</w:t>
      </w:r>
    </w:p>
    <w:p>
      <w:r>
        <w:rPr>
          <w:b/>
          <w:sz w:val="24"/>
        </w:rPr>
        <w:t>PAYMENT TERMS</w:t>
      </w:r>
    </w:p>
    <w:p>
      <w:pPr>
        <w:jc w:val="both"/>
      </w:pPr>
      <w:r>
        <w:t>Payment Terms: Net 30 (or specify): _____________________________________________</w:t>
      </w:r>
    </w:p>
    <w:p>
      <w:pPr>
        <w:jc w:val="both"/>
      </w:pPr>
      <w:r>
        <w:t>Accepted Methods: ___ Bank Transfer  ___ Credit Card  ___ Check  ___ PayPal  ___ Other</w:t>
      </w:r>
    </w:p>
    <w:p>
      <w:pPr>
        <w:jc w:val="both"/>
      </w:pPr>
      <w:r>
        <w:t>Bank Details: _____________________________________________</w:t>
      </w:r>
    </w:p>
    <w:p>
      <w:pPr>
        <w:jc w:val="both"/>
      </w:pPr>
      <w:r>
        <w:t>Late Fee: ____% per month on overdue amounts.</w:t>
      </w:r>
    </w:p>
    <w:p>
      <w:r>
        <w:rPr>
          <w:b/>
          <w:sz w:val="24"/>
        </w:rPr>
        <w:t>NOTES</w:t>
      </w:r>
    </w:p>
    <w:p>
      <w:pPr>
        <w:jc w:val="both"/>
      </w:pPr>
      <w:r>
        <w:t>Thank you for your business. Please contact us with any questions about this invoice.</w:t>
      </w:r>
    </w:p>
    <w:p/>
    <w:p>
      <w:pPr>
        <w:jc w:val="both"/>
      </w:pPr>
      <w:r>
        <w:t>DISCLAIMER: This template is for informational purposes only and does not constitute legal advice. Laws vary by state. Consult a licensed attorney before executing this agreement.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