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APPLICATION FOR EMPLOYMENT</w:t>
      </w:r>
    </w:p>
    <w:p>
      <w:r>
        <w:t>[Company Name] is an equal opportunity employer. All qualified applicants will receive consideration for employment without regard to race, color, religion, sex, national origin, age, disability, veteran status, sexual orientation, gender identity, or any other characteristic protected by law.</w:t>
      </w:r>
    </w:p>
    <w:p/>
    <w:p>
      <w:r>
        <w:rPr>
          <w:b/>
          <w:sz w:val="24"/>
        </w:rPr>
        <w:t>1. POSITION APPLIED FOR</w:t>
      </w:r>
    </w:p>
    <w:p>
      <w:r>
        <w:t>Position: _____________________________________________________________________</w:t>
      </w:r>
    </w:p>
    <w:p>
      <w:r>
        <w:t>Type:  ___ Full-Time  ___ Part-Time  ___ Temporary  ___ Internship</w:t>
      </w:r>
    </w:p>
    <w:p>
      <w:r>
        <w:t>Date available to start: _________________   Desired salary: $_________________</w:t>
      </w:r>
    </w:p>
    <w:p>
      <w:r>
        <w:t>How did you learn about this position? _____________________________________________________________________</w:t>
      </w:r>
    </w:p>
    <w:p>
      <w:r>
        <w:rPr>
          <w:b/>
          <w:sz w:val="24"/>
        </w:rPr>
        <w:t>2. PERSONAL INFORMATION</w:t>
      </w:r>
    </w:p>
    <w:p>
      <w:r>
        <w:t>Legal Name: _____________________________________________________________________</w:t>
      </w:r>
    </w:p>
    <w:p>
      <w:r>
        <w:t>Current Address: _____________________________________________________________________</w:t>
      </w:r>
    </w:p>
    <w:p>
      <w:r>
        <w:t>City: _________________________ State: __________ ZIP: _________________</w:t>
      </w:r>
    </w:p>
    <w:p>
      <w:r>
        <w:t>Phone: _________________   Email: _________________</w:t>
      </w:r>
    </w:p>
    <w:p>
      <w:r>
        <w:rPr>
          <w:b/>
          <w:sz w:val="24"/>
        </w:rPr>
        <w:t>3. LEGAL ELIGIBILITY</w:t>
      </w:r>
    </w:p>
    <w:p>
      <w:r>
        <w:t>Are you legally authorized to work in the United States?   ___ Yes  ___ No</w:t>
      </w:r>
    </w:p>
    <w:p>
      <w:r>
        <w:t>(If hired, you will be required to provide documentation acceptable under U.S. Form I-9.)</w:t>
      </w:r>
    </w:p>
    <w:p>
      <w:r>
        <w:t>Are you at least 18 years of age?   ___ Yes  ___ No</w:t>
      </w:r>
    </w:p>
    <w:p>
      <w:r>
        <w:t>(If under 18, additional documentation may be required.)</w:t>
      </w:r>
    </w:p>
    <w:p>
      <w:r>
        <w:rPr>
          <w:b/>
          <w:sz w:val="24"/>
        </w:rPr>
        <w:t>4. EDUCATION</w:t>
      </w:r>
    </w:p>
    <w:p>
      <w:r>
        <w:rPr>
          <w:b/>
        </w:rPr>
        <w:t>High School / GED:</w:t>
      </w:r>
    </w:p>
    <w:p>
      <w:r>
        <w:t>Name: _____________________________________________________________________</w:t>
      </w:r>
    </w:p>
    <w:p>
      <w:r>
        <w:t>City/State: _____________________________________________ Graduated? ___ Yes ___ No</w:t>
      </w:r>
    </w:p>
    <w:p>
      <w:r>
        <w:rPr>
          <w:b/>
        </w:rPr>
        <w:t>College / University:</w:t>
      </w:r>
    </w:p>
    <w:p>
      <w:r>
        <w:t>Name: _____________________________________________________________________</w:t>
      </w:r>
    </w:p>
    <w:p>
      <w:r>
        <w:t>Degree: _________________________ Field of Study: _________________________</w:t>
      </w:r>
    </w:p>
    <w:p>
      <w:r>
        <w:t>Graduated? ___ Yes ___ No</w:t>
      </w:r>
    </w:p>
    <w:p>
      <w:r>
        <w:rPr>
          <w:b/>
        </w:rPr>
        <w:t>Graduate / Professional School:</w:t>
      </w:r>
    </w:p>
    <w:p>
      <w:r>
        <w:t>Name: _____________________________________________________________________</w:t>
      </w:r>
    </w:p>
    <w:p>
      <w:r>
        <w:t>Degree: _________________________ Field of Study: _________________________</w:t>
      </w:r>
    </w:p>
    <w:p>
      <w:r>
        <w:rPr>
          <w:b/>
        </w:rPr>
        <w:t>Other Training / Certifications:</w:t>
      </w:r>
    </w:p>
    <w:p>
      <w:r>
        <w:t>_____________________________________________________________________</w:t>
      </w:r>
    </w:p>
    <w:p>
      <w:r>
        <w:rPr>
          <w:b/>
          <w:sz w:val="24"/>
        </w:rPr>
        <w:t>5. EMPLOYMENT HISTORY</w:t>
      </w:r>
    </w:p>
    <w:p>
      <w:r>
        <w:t>Begin with most recent. Include current employer.</w:t>
      </w:r>
    </w:p>
    <w:p/>
    <w:p>
      <w:r>
        <w:rPr>
          <w:b/>
        </w:rPr>
        <w:t>Most Recent Employer:</w:t>
      </w:r>
    </w:p>
    <w:p>
      <w:r>
        <w:t>Company: _____________________________________________________________________</w:t>
      </w:r>
    </w:p>
    <w:p>
      <w:r>
        <w:t>Address: _____________________________________________________________________</w:t>
      </w:r>
    </w:p>
    <w:p>
      <w:r>
        <w:t>Position: _____________________________________________________________________</w:t>
      </w:r>
    </w:p>
    <w:p>
      <w:r>
        <w:t>Supervisor: _____________________________________ Phone: _________________</w:t>
      </w:r>
    </w:p>
    <w:p>
      <w:r>
        <w:t>Dates: From _________________ To _________________</w:t>
      </w:r>
    </w:p>
    <w:p>
      <w:r>
        <w:t>Reason for leaving: _____________________________________________________________________</w:t>
      </w:r>
    </w:p>
    <w:p>
      <w:r>
        <w:t>May we contact this employer?  ___ Yes  ___ No</w:t>
      </w:r>
    </w:p>
    <w:p/>
    <w:p>
      <w:r>
        <w:rPr>
          <w:b/>
        </w:rPr>
        <w:t>Previous Employer:</w:t>
      </w:r>
    </w:p>
    <w:p>
      <w:r>
        <w:t>Company: _____________________________________________________________________</w:t>
      </w:r>
    </w:p>
    <w:p>
      <w:r>
        <w:t>Address: _____________________________________________________________________</w:t>
      </w:r>
    </w:p>
    <w:p>
      <w:r>
        <w:t>Position: _____________________________________________________________________</w:t>
      </w:r>
    </w:p>
    <w:p>
      <w:r>
        <w:t>Supervisor: _____________________________________ Phone: _________________</w:t>
      </w:r>
    </w:p>
    <w:p>
      <w:r>
        <w:t>Dates: From _________________ To _________________</w:t>
      </w:r>
    </w:p>
    <w:p>
      <w:r>
        <w:t>Reason for leaving: _____________________________________________________________________</w:t>
      </w:r>
    </w:p>
    <w:p/>
    <w:p>
      <w:r>
        <w:rPr>
          <w:b/>
        </w:rPr>
        <w:t>Earlier Employer:</w:t>
      </w:r>
    </w:p>
    <w:p>
      <w:r>
        <w:t>Company: _____________________________________________________________________</w:t>
      </w:r>
    </w:p>
    <w:p>
      <w:r>
        <w:t>Position: _____________________________________________________________________</w:t>
      </w:r>
    </w:p>
    <w:p>
      <w:r>
        <w:t>Dates: From _________________ To _________________</w:t>
      </w:r>
    </w:p>
    <w:p>
      <w:r>
        <w:t>Reason for leaving: _____________________________________________________________________</w:t>
      </w:r>
    </w:p>
    <w:p>
      <w:r>
        <w:rPr>
          <w:b/>
          <w:sz w:val="24"/>
        </w:rPr>
        <w:t>6. SKILLS, LICENSES, AND CERTIFICATIONS</w:t>
      </w:r>
    </w:p>
    <w:p>
      <w:r>
        <w:t>Relevant licenses (driver's license, professional licenses, certifications): _____________________________________________________________________</w:t>
      </w:r>
    </w:p>
    <w:p>
      <w:r>
        <w:t>Languages: _____________________________________________________________________</w:t>
      </w:r>
    </w:p>
    <w:p>
      <w:r>
        <w:t>Technical skills / software: _____________________________________________________________________</w:t>
      </w:r>
    </w:p>
    <w:p>
      <w:r>
        <w:rPr>
          <w:b/>
          <w:sz w:val="24"/>
        </w:rPr>
        <w:t>7. ABILITY TO PERFORM ESSENTIAL FUNCTIONS</w:t>
      </w:r>
    </w:p>
    <w:p>
      <w:r>
        <w:t>Can you perform the essential functions of the position you are applying for, with or without reasonable accommodation?   ___ Yes  ___ No</w:t>
      </w:r>
    </w:p>
    <w:p>
      <w:r>
        <w:rPr>
          <w:b/>
          <w:sz w:val="24"/>
        </w:rPr>
        <w:t>8. PROFESSIONAL REFERENCES</w:t>
      </w:r>
    </w:p>
    <w:p>
      <w:r>
        <w:t>Reference 1: ____________________________ Relationship: _________________ Phone: _________________</w:t>
      </w:r>
    </w:p>
    <w:p>
      <w:r>
        <w:t>Reference 2: ____________________________ Relationship: _________________ Phone: _________________</w:t>
      </w:r>
    </w:p>
    <w:p>
      <w:r>
        <w:t>Reference 3: ____________________________ Relationship: _________________ Phone: _________________</w:t>
      </w:r>
    </w:p>
    <w:p>
      <w:r>
        <w:rPr>
          <w:b/>
          <w:sz w:val="24"/>
        </w:rPr>
        <w:t>9. APPLICANT CERTIFICATION</w:t>
      </w:r>
    </w:p>
    <w:p>
      <w:r>
        <w:t>I certify that the information provided in this application is true and complete to the best of my knowledge. I understand that any false statements or omissions may be grounds for rejection of this application or termination of employment if discovered after hire.</w:t>
      </w:r>
    </w:p>
    <w:p>
      <w:r>
        <w:t>I authorize [Company Name] to investigate the statements contained in this application and to contact prior employers, references, educational institutions, and other entities as necessary to verify the information provided.</w:t>
      </w:r>
    </w:p>
    <w:p>
      <w:r>
        <w:t>I understand that if hired, my employment will be at-will and may be terminated by either party at any time, with or without cause, with or without notice (except where state law provides otherwise).</w:t>
      </w:r>
    </w:p>
    <w:p/>
    <w:p>
      <w:r>
        <w:t>Applicant Signature: _________________________________ Date: _______________</w:t>
      </w:r>
    </w:p>
    <w:p>
      <w:r>
        <w:t>Printed Name: _____________________________________________</w:t>
      </w:r>
    </w:p>
    <w:p/>
    <w:p>
      <w:r>
        <w:rPr>
          <w:i/>
        </w:rPr>
        <w:t>DISCLAIMER: This template is provided for informational purposes only and does not constitute legal advice. Employment law is highly jurisdiction-specific. Application content should be reviewed by employment counsel before use, particularly in California, New York, and other states with detailed application requirements.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