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32"/>
        </w:rPr>
        <w:t>LAST WILL AND TESTAMENT</w:t>
      </w:r>
    </w:p>
    <w:p>
      <w:pPr>
        <w:jc w:val="both"/>
      </w:pPr>
      <w:r>
        <w:t>I, _____________________________________________ ("Testator"), residing at _____________________________________________, being of sound mind and not acting under duress, do hereby make this my Last Will and Testament, revoking all prior wills.</w:t>
      </w:r>
    </w:p>
    <w:p/>
    <w:p>
      <w:r>
        <w:rPr>
          <w:b/>
          <w:sz w:val="24"/>
        </w:rPr>
        <w:t>1. EXECUTOR</w:t>
      </w:r>
    </w:p>
    <w:p>
      <w:pPr>
        <w:jc w:val="both"/>
      </w:pPr>
      <w:r>
        <w:t>I appoint _____________________________________________ as Executor of my estate.</w:t>
      </w:r>
    </w:p>
    <w:p>
      <w:pPr>
        <w:jc w:val="both"/>
      </w:pPr>
      <w:r>
        <w:t>If unable or unwilling to serve, I appoint _____________________________________________ as Alternate Executor.</w:t>
      </w:r>
    </w:p>
    <w:p>
      <w:pPr>
        <w:jc w:val="both"/>
      </w:pPr>
      <w:r>
        <w:t>Executor shall serve without bond.</w:t>
      </w:r>
    </w:p>
    <w:p>
      <w:r>
        <w:rPr>
          <w:b/>
          <w:sz w:val="24"/>
        </w:rPr>
        <w:t>2. PAYMENT OF DEBTS AND TAXES</w:t>
      </w:r>
    </w:p>
    <w:p>
      <w:pPr>
        <w:jc w:val="both"/>
      </w:pPr>
      <w:r>
        <w:t>Executor shall pay all just debts, funeral expenses, and taxes from my estate as soon as practicable.</w:t>
      </w:r>
    </w:p>
    <w:p>
      <w:r>
        <w:rPr>
          <w:b/>
          <w:sz w:val="24"/>
        </w:rPr>
        <w:t>3. GUARDIAN FOR MINOR CHILDREN</w:t>
      </w:r>
    </w:p>
    <w:p>
      <w:pPr>
        <w:jc w:val="both"/>
      </w:pPr>
      <w:r>
        <w:t>If I have minor children at my death, I appoint _____________________________________________ as Guardian.</w:t>
      </w:r>
    </w:p>
    <w:p>
      <w:pPr>
        <w:jc w:val="both"/>
      </w:pPr>
      <w:r>
        <w:t>Alternate Guardian: _____________________________________________</w:t>
      </w:r>
    </w:p>
    <w:p>
      <w:r>
        <w:rPr>
          <w:b/>
          <w:sz w:val="24"/>
        </w:rPr>
        <w:t>4. SPECIFIC BEQUESTS</w:t>
      </w:r>
    </w:p>
    <w:p>
      <w:pPr>
        <w:jc w:val="both"/>
      </w:pPr>
      <w:r>
        <w:t>I leave the following specific items to specific persons:</w:t>
      </w:r>
    </w:p>
    <w:p>
      <w:pPr>
        <w:jc w:val="both"/>
      </w:pPr>
      <w:r>
        <w:t>- _____________________________________________ to _____________________________________________</w:t>
      </w:r>
    </w:p>
    <w:p>
      <w:pPr>
        <w:jc w:val="both"/>
      </w:pPr>
      <w:r>
        <w:t>- _____________________________________________ to _____________________________________________</w:t>
      </w:r>
    </w:p>
    <w:p>
      <w:pPr>
        <w:jc w:val="both"/>
      </w:pPr>
      <w:r>
        <w:t>- _____________________________________________ to _____________________________________________</w:t>
      </w:r>
    </w:p>
    <w:p>
      <w:r>
        <w:rPr>
          <w:b/>
          <w:sz w:val="24"/>
        </w:rPr>
        <w:t>5. RESIDUAL ESTATE</w:t>
      </w:r>
    </w:p>
    <w:p>
      <w:pPr>
        <w:jc w:val="both"/>
      </w:pPr>
      <w:r>
        <w:t>I leave the rest, residue, and remainder of my estate to:</w:t>
      </w:r>
    </w:p>
    <w:p>
      <w:pPr>
        <w:jc w:val="both"/>
      </w:pPr>
      <w:r>
        <w:t>Primary Beneficiary: _____________________________________________ (_____%)</w:t>
      </w:r>
    </w:p>
    <w:p>
      <w:pPr>
        <w:jc w:val="both"/>
      </w:pPr>
      <w:r>
        <w:t>Secondary Beneficiary: _____________________________________________ (_____%)</w:t>
      </w:r>
    </w:p>
    <w:p>
      <w:pPr>
        <w:jc w:val="both"/>
      </w:pPr>
      <w:r>
        <w:t>Tertiary Beneficiary: _____________________________________________ (_____%)</w:t>
      </w:r>
    </w:p>
    <w:p>
      <w:r>
        <w:rPr>
          <w:b/>
          <w:sz w:val="24"/>
        </w:rPr>
        <w:t>6. PER STIRPES</w:t>
      </w:r>
    </w:p>
    <w:p>
      <w:pPr>
        <w:jc w:val="both"/>
      </w:pPr>
      <w:r>
        <w:t>If a beneficiary predeceases me, their share shall pass to their descendants per stirpes.</w:t>
      </w:r>
    </w:p>
    <w:p>
      <w:r>
        <w:rPr>
          <w:b/>
          <w:sz w:val="24"/>
        </w:rPr>
        <w:t>7. FUNERAL WISHES</w:t>
      </w:r>
    </w:p>
    <w:p>
      <w:pPr>
        <w:jc w:val="both"/>
      </w:pPr>
      <w:r>
        <w:t>My funeral wishes: ___ Burial  ___ Cremation  ___ Other: __________________</w:t>
      </w:r>
    </w:p>
    <w:p>
      <w:pPr>
        <w:jc w:val="both"/>
      </w:pPr>
      <w:r>
        <w:t>Specific instructions: _____________________________________________</w:t>
      </w:r>
    </w:p>
    <w:p/>
    <w:p>
      <w:pPr>
        <w:jc w:val="both"/>
      </w:pPr>
      <w:r>
        <w:t>IN WITNESS WHEREOF, I sign this Will on this _____ day of _____________, 20___, at _____________________________________________.</w:t>
      </w:r>
    </w:p>
    <w:p/>
    <w:p>
      <w:pPr>
        <w:jc w:val="both"/>
      </w:pPr>
      <w:r>
        <w:t>TESTATOR SIGNATURE:</w:t>
      </w:r>
    </w:p>
    <w:p>
      <w:pPr>
        <w:jc w:val="both"/>
      </w:pPr>
      <w:r>
        <w:t>Signature: _________________________________ Date: _______________</w:t>
      </w:r>
    </w:p>
    <w:p/>
    <w:p>
      <w:pPr>
        <w:jc w:val="both"/>
      </w:pPr>
      <w:r>
        <w:t>WITNESS ATTESTATION</w:t>
      </w:r>
    </w:p>
    <w:p>
      <w:pPr>
        <w:jc w:val="both"/>
      </w:pPr>
      <w:r>
        <w:t>We, the undersigned witnesses, declare that the Testator signed this Will in our presence, declared it to be their Will, and appeared to be of sound mind and free from undue influence.</w:t>
      </w:r>
    </w:p>
    <w:p/>
    <w:p>
      <w:pPr>
        <w:jc w:val="both"/>
      </w:pPr>
      <w:r>
        <w:t>WITNESS 1: Signature: _________________________________ Date: _______________</w:t>
      </w:r>
    </w:p>
    <w:p>
      <w:pPr>
        <w:jc w:val="both"/>
      </w:pPr>
      <w:r>
        <w:t>Printed Name: _____________________________________________  Address: _____________________________________________</w:t>
      </w:r>
    </w:p>
    <w:p/>
    <w:p>
      <w:pPr>
        <w:jc w:val="both"/>
      </w:pPr>
      <w:r>
        <w:t>WITNESS 2: Signature: _________________________________ Date: _______________</w:t>
      </w:r>
    </w:p>
    <w:p>
      <w:pPr>
        <w:jc w:val="both"/>
      </w:pPr>
      <w:r>
        <w:t>Printed Name: _____________________________________________  Address: _____________________________________________</w:t>
      </w:r>
    </w:p>
    <w:p/>
    <w:p>
      <w:pPr>
        <w:jc w:val="both"/>
      </w:pPr>
      <w:r>
        <w:t>SELF-PROVING AFFIDAVIT (NOTARY):</w:t>
      </w:r>
    </w:p>
    <w:p>
      <w:pPr>
        <w:jc w:val="both"/>
      </w:pPr>
      <w:r>
        <w:t>State of __________________, County of __________________</w:t>
      </w:r>
    </w:p>
    <w:p>
      <w:pPr>
        <w:jc w:val="both"/>
      </w:pPr>
      <w:r>
        <w:t>On this _____ day of _____________, 20___, before me personally appeared the Testator and Witnesses, who confirmed under oath that the foregoing is the Testator's Last Will and Testament.</w:t>
      </w:r>
    </w:p>
    <w:p>
      <w:pPr>
        <w:jc w:val="both"/>
      </w:pPr>
      <w:r>
        <w:t>Notary Signature: _________________________ Commission expires: _______________</w:t>
      </w:r>
    </w:p>
    <w:p/>
    <w:p>
      <w:pPr>
        <w:jc w:val="both"/>
      </w:pPr>
      <w:r>
        <w:t>DISCLAIMER: This template is for informational purposes only and does not constitute legal advice. Laws vary by state. Consult a licensed attorney before executing this agreement.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