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LETTER OF RECOMMENDATION</w:t>
      </w:r>
    </w:p>
    <w:p>
      <w:r>
        <w:t>[Recommender Name]</w:t>
      </w:r>
    </w:p>
    <w:p>
      <w:r>
        <w:t>[Title / Position]</w:t>
      </w:r>
    </w:p>
    <w:p>
      <w:r>
        <w:t>[Organization / Institution]</w:t>
      </w:r>
    </w:p>
    <w:p>
      <w:r>
        <w:t>[Address]</w:t>
      </w:r>
    </w:p>
    <w:p>
      <w:r>
        <w:t>[Phone] | [Email]</w:t>
      </w:r>
    </w:p>
    <w:p/>
    <w:p>
      <w:r>
        <w:t>[Date]</w:t>
      </w:r>
    </w:p>
    <w:p/>
    <w:p>
      <w:r>
        <w:t>[Recipient Name OR "To Whom It May Concern"]</w:t>
      </w:r>
    </w:p>
    <w:p>
      <w:r>
        <w:t>[Recipient Organization]</w:t>
      </w:r>
    </w:p>
    <w:p>
      <w:r>
        <w:t>[Recipient Address]</w:t>
      </w:r>
    </w:p>
    <w:p/>
    <w:p>
      <w:r>
        <w:t>RE: Recommendation for [Candidate Full Name]</w:t>
      </w:r>
    </w:p>
    <w:p/>
    <w:p>
      <w:r>
        <w:t>Dear [Recipient Name / Admissions Committee / Hiring Manager]:</w:t>
      </w:r>
    </w:p>
    <w:p/>
    <w:p>
      <w:r>
        <w:t>I am writing to enthusiastically recommend [Candidate Name] for [the position of ___ / admission to ___ / the ___ scholarship]. I have known [Candidate] for [number] years in my capacity as [their supervisor / professor / mentor] at [Organization], where I have had the opportunity to observe their [work / academic performance / character] firsthand.</w:t>
      </w:r>
    </w:p>
    <w:p/>
    <w:p>
      <w:r>
        <w:rPr>
          <w:b/>
          <w:sz w:val="24"/>
        </w:rPr>
        <w:t>STRENGTH 1: [Headline]</w:t>
      </w:r>
    </w:p>
    <w:p>
      <w:r>
        <w:t>[Specific example demonstrating this strength. Include measurable outcomes where possible. Example: "When the marketing team faced a 30% budget reduction, [Candidate] developed a content strategy that maintained lead volume while cutting cost by 40%. This required negotiating with three vendors, redesigning the email funnel, and personally executing campaigns that the team had previously outsourced. The initiative was completed on schedule and generated a 25% improvement in conversion."]</w:t>
      </w:r>
    </w:p>
    <w:p/>
    <w:p>
      <w:r>
        <w:rPr>
          <w:b/>
          <w:sz w:val="24"/>
        </w:rPr>
        <w:t>STRENGTH 2: [Headline]</w:t>
      </w:r>
    </w:p>
    <w:p>
      <w:r>
        <w:t>[Second specific example, ideally illustrating a different quality. Example: "Beyond results, [Candidate] consistently demonstrated exceptional judgment under pressure. When [specific challenging situation], [Candidate] [specific action], resulting in [specific outcome]. This is the kind of judgment that does not develop quickly — [Candidate] showed it from their first year with us."]</w:t>
      </w:r>
    </w:p>
    <w:p/>
    <w:p>
      <w:r>
        <w:rPr>
          <w:b/>
          <w:sz w:val="24"/>
        </w:rPr>
        <w:t>STRENGTH 3 (OPTIONAL): [Headline]</w:t>
      </w:r>
    </w:p>
    <w:p>
      <w:r>
        <w:t>[Optional third strength relevant to the opportunity. Often a character or interpersonal quality. Example: "[Candidate] also has the rare ability to communicate complex technical concepts to non-technical stakeholders. I watched them present [topic] to our board of directors, simplifying the framework without losing accuracy. The board approved the recommendation unanimously, and several members specifically commented on the quality of the presentation."]</w:t>
      </w:r>
    </w:p>
    <w:p/>
    <w:p>
      <w:r>
        <w:rPr>
          <w:b/>
          <w:sz w:val="24"/>
        </w:rPr>
        <w:t>OVERALL ASSESSMENT</w:t>
      </w:r>
    </w:p>
    <w:p>
      <w:r>
        <w:t>In my [number] years at [Organization], I have worked with hundreds of [colleagues / students / mentees]. [Candidate] ranks in the top [percentile] of those I have known in [relevant dimension]. They have the [intelligence / work ethic / character / specific quality] to excel in [target opportunity], and I am confident they will exceed expectations in [the role / program].</w:t>
      </w:r>
    </w:p>
    <w:p/>
    <w:p>
      <w:r>
        <w:t>Please feel free to contact me at [phone] or [email] if you have any questions or would like to discuss [Candidate]'s qualifications further.</w:t>
      </w:r>
    </w:p>
    <w:p/>
    <w:p>
      <w:r>
        <w:t>Sincerely,</w:t>
      </w:r>
    </w:p>
    <w:p/>
    <w:p>
      <w:r>
        <w:t>_________________________________</w:t>
      </w:r>
    </w:p>
    <w:p>
      <w:r>
        <w:t>[Recommender Signature]</w:t>
      </w:r>
    </w:p>
    <w:p>
      <w:r>
        <w:t>[Recommender Printed Name]</w:t>
      </w:r>
    </w:p>
    <w:p>
      <w:r>
        <w:t>[Title]</w:t>
      </w:r>
    </w:p>
    <w:p>
      <w:r>
        <w:t>[Organization]</w:t>
      </w:r>
    </w:p>
    <w:p/>
    <w:p>
      <w:r>
        <w:rPr>
          <w:i/>
        </w:rPr>
        <w:t>DISCLAIMER: This template is provided for informational purposes only. Recommenders should write only what is true and supportable — false statements may give rise to defamation or fraud claims.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