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LIVING WILL / ADVANCE HEALTHCARE DIRECTIVE</w:t>
      </w:r>
    </w:p>
    <w:p>
      <w:pPr>
        <w:jc w:val="both"/>
      </w:pPr>
      <w:r>
        <w:t>I, _____________________________________________ ("Declarant"), residing at _____________________________________________, being of sound mind, willfully and voluntarily make this declaration to express my wishes regarding medical treatment.</w:t>
      </w:r>
    </w:p>
    <w:p/>
    <w:p>
      <w:r>
        <w:rPr>
          <w:b/>
          <w:sz w:val="24"/>
        </w:rPr>
        <w:t>1. WHEN THIS DIRECTIVE APPLIES</w:t>
      </w:r>
    </w:p>
    <w:p>
      <w:pPr>
        <w:jc w:val="both"/>
      </w:pPr>
      <w:r>
        <w:t>This directive applies when I am: (check all that apply)</w:t>
      </w:r>
    </w:p>
    <w:p>
      <w:pPr>
        <w:jc w:val="both"/>
      </w:pPr>
      <w:r>
        <w:t>___ Terminally ill with no reasonable expectation of recovery</w:t>
      </w:r>
    </w:p>
    <w:p>
      <w:pPr>
        <w:jc w:val="both"/>
      </w:pPr>
      <w:r>
        <w:t>___ Permanently unconscious</w:t>
      </w:r>
    </w:p>
    <w:p>
      <w:pPr>
        <w:jc w:val="both"/>
      </w:pPr>
      <w:r>
        <w:t>___ In an end-stage condition</w:t>
      </w:r>
    </w:p>
    <w:p>
      <w:pPr>
        <w:jc w:val="both"/>
      </w:pPr>
      <w:r>
        <w:t>___ Unable to communicate my wishes</w:t>
      </w:r>
    </w:p>
    <w:p>
      <w:r>
        <w:rPr>
          <w:b/>
          <w:sz w:val="24"/>
        </w:rPr>
        <w:t>2. LIFE-SUSTAINING TREATMENT</w:t>
      </w:r>
    </w:p>
    <w:p>
      <w:pPr>
        <w:jc w:val="both"/>
      </w:pPr>
      <w:r>
        <w:t>I direct that:</w:t>
      </w:r>
    </w:p>
    <w:p>
      <w:pPr>
        <w:jc w:val="both"/>
      </w:pPr>
      <w:r>
        <w:t>Cardiopulmonary Resuscitation (CPR): ___ Yes  ___ No  ___ Doctor's discretion</w:t>
      </w:r>
    </w:p>
    <w:p>
      <w:pPr>
        <w:jc w:val="both"/>
      </w:pPr>
      <w:r>
        <w:t>Mechanical Ventilation: ___ Yes  ___ Time-limited trial  ___ No</w:t>
      </w:r>
    </w:p>
    <w:p>
      <w:pPr>
        <w:jc w:val="both"/>
      </w:pPr>
      <w:r>
        <w:t>Artificial Nutrition/Hydration: ___ Yes  ___ Time-limited trial  ___ No</w:t>
      </w:r>
    </w:p>
    <w:p>
      <w:pPr>
        <w:jc w:val="both"/>
      </w:pPr>
      <w:r>
        <w:t>Dialysis: ___ Yes  ___ No  ___ Doctor's discretion</w:t>
      </w:r>
    </w:p>
    <w:p>
      <w:pPr>
        <w:jc w:val="both"/>
      </w:pPr>
      <w:r>
        <w:t>Surgery: ___ Yes  ___ No  ___ Doctor's discretion</w:t>
      </w:r>
    </w:p>
    <w:p>
      <w:pPr>
        <w:jc w:val="both"/>
      </w:pPr>
      <w:r>
        <w:t>Antibiotics: ___ Yes  ___ No  ___ Doctor's discretion</w:t>
      </w:r>
    </w:p>
    <w:p>
      <w:r>
        <w:rPr>
          <w:b/>
          <w:sz w:val="24"/>
        </w:rPr>
        <w:t>3. COMFORT CARE</w:t>
      </w:r>
    </w:p>
    <w:p>
      <w:pPr>
        <w:jc w:val="both"/>
      </w:pPr>
      <w:r>
        <w:t>I direct that I receive comfort care/palliative care including pain management even if it may hasten my death. ___ Yes  ___ No</w:t>
      </w:r>
    </w:p>
    <w:p>
      <w:r>
        <w:rPr>
          <w:b/>
          <w:sz w:val="24"/>
        </w:rPr>
        <w:t>4. ORGAN DONATION</w:t>
      </w:r>
    </w:p>
    <w:p>
      <w:pPr>
        <w:jc w:val="both"/>
      </w:pPr>
      <w:r>
        <w:t>___ I wish to donate organs/tissues  ___ I do not wish to donate</w:t>
      </w:r>
    </w:p>
    <w:p>
      <w:pPr>
        <w:jc w:val="both"/>
      </w:pPr>
      <w:r>
        <w:t>Specifically: _____________________________________________</w:t>
      </w:r>
    </w:p>
    <w:p>
      <w:r>
        <w:rPr>
          <w:b/>
          <w:sz w:val="24"/>
        </w:rPr>
        <w:t>5. HEALTHCARE AGENT</w:t>
      </w:r>
    </w:p>
    <w:p>
      <w:pPr>
        <w:jc w:val="both"/>
      </w:pPr>
      <w:r>
        <w:t>I appoint _____________________________________________ as my Healthcare Agent to make medical decisions on my behalf when I cannot.</w:t>
      </w:r>
    </w:p>
    <w:p>
      <w:pPr>
        <w:jc w:val="both"/>
      </w:pPr>
      <w:r>
        <w:t>Alternate Agent: _____________________________________________</w:t>
      </w:r>
    </w:p>
    <w:p>
      <w:r>
        <w:rPr>
          <w:b/>
          <w:sz w:val="24"/>
        </w:rPr>
        <w:t>6. HIPAA AUTHORIZATION</w:t>
      </w:r>
    </w:p>
    <w:p>
      <w:pPr>
        <w:jc w:val="both"/>
      </w:pPr>
      <w:r>
        <w:t>My Healthcare Agent is authorized to access all medical records and information necessary to make informed decisions.</w:t>
      </w:r>
    </w:p>
    <w:p>
      <w:r>
        <w:rPr>
          <w:b/>
          <w:sz w:val="24"/>
        </w:rPr>
        <w:t>7. PREGNANCY</w:t>
      </w:r>
    </w:p>
    <w:p>
      <w:pPr>
        <w:jc w:val="both"/>
      </w:pPr>
      <w:r>
        <w:t>If I am pregnant when this directive would otherwise apply: _____________________________________________</w:t>
      </w:r>
    </w:p>
    <w:p>
      <w:r>
        <w:rPr>
          <w:b/>
          <w:sz w:val="24"/>
        </w:rPr>
        <w:t>8. RELIGIOUS/PERSONAL CONSIDERATIONS</w:t>
      </w:r>
    </w:p>
    <w:p>
      <w:pPr>
        <w:jc w:val="both"/>
      </w:pPr>
      <w:r>
        <w:t>_____________________________________________</w:t>
      </w:r>
    </w:p>
    <w:p>
      <w:r>
        <w:rPr>
          <w:b/>
          <w:sz w:val="24"/>
        </w:rPr>
        <w:t>9. EFFECT</w:t>
      </w:r>
    </w:p>
    <w:p>
      <w:pPr>
        <w:jc w:val="both"/>
      </w:pPr>
      <w:r>
        <w:t>This directive remains in effect unless I revoke it in writing or orally to my doctor.</w:t>
      </w:r>
    </w:p>
    <w:p/>
    <w:p>
      <w:pPr>
        <w:jc w:val="both"/>
      </w:pPr>
      <w:r>
        <w:t>DECLARANT SIGNATURE:</w:t>
      </w:r>
    </w:p>
    <w:p>
      <w:pPr>
        <w:jc w:val="both"/>
      </w:pPr>
      <w:r>
        <w:t>Signature: _________________________________ Date: _______________</w:t>
      </w:r>
    </w:p>
    <w:p/>
    <w:p>
      <w:pPr>
        <w:jc w:val="both"/>
      </w:pPr>
      <w:r>
        <w:t>WITNESS ATTESTATION</w:t>
      </w:r>
    </w:p>
    <w:p>
      <w:pPr>
        <w:jc w:val="both"/>
      </w:pPr>
      <w:r>
        <w:t>We attest that Declarant signed this directive in our presence and appeared to be of sound mind and free from coercion. We are not related to Declarant by blood, marriage, or adoption, nor are we entitled to any portion of Declarant's estate.</w:t>
      </w:r>
    </w:p>
    <w:p/>
    <w:p>
      <w:pPr>
        <w:jc w:val="both"/>
      </w:pPr>
      <w:r>
        <w:t>WITNESS 1: Signature: _________________________________ Date: _______________</w:t>
      </w:r>
    </w:p>
    <w:p>
      <w:pPr>
        <w:jc w:val="both"/>
      </w:pPr>
      <w:r>
        <w:t>Printed Name: _____________________________________________</w:t>
      </w:r>
    </w:p>
    <w:p/>
    <w:p>
      <w:pPr>
        <w:jc w:val="both"/>
      </w:pPr>
      <w:r>
        <w:t>WITNESS 2: Signature: _________________________________ Date: _______________</w:t>
      </w:r>
    </w:p>
    <w:p>
      <w:pPr>
        <w:jc w:val="both"/>
      </w:pPr>
      <w:r>
        <w:t>Printed Name: _____________________________________________</w:t>
      </w:r>
    </w:p>
    <w:p/>
    <w:p>
      <w:pPr>
        <w:jc w:val="both"/>
      </w:pPr>
      <w:r>
        <w:t>NOTARIZATION (if required by state):</w:t>
      </w:r>
    </w:p>
    <w:p>
      <w:pPr>
        <w:jc w:val="both"/>
      </w:pPr>
      <w:r>
        <w:t>State of __________________, County of __________________</w:t>
      </w:r>
    </w:p>
    <w:p>
      <w:pPr>
        <w:jc w:val="both"/>
      </w:pPr>
      <w:r>
        <w:t>Subscribed before me on _____ day of _____________, 20___.</w:t>
      </w:r>
    </w:p>
    <w:p>
      <w:pPr>
        <w:jc w:val="both"/>
      </w:pPr>
      <w:r>
        <w:t>Notary Signature: _________________________ Commission expires: _______________</w:t>
      </w:r>
    </w:p>
    <w:p/>
    <w:p>
      <w:pPr>
        <w:jc w:val="both"/>
      </w:pPr>
      <w:r>
        <w:t>DISCLAIMER: This template is for informational purposes only and does not constitute legal advice. Laws vary by state. Consult a licensed attorney before executing this agreement.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