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LLC OPERATING AGREEMENT</w:t>
      </w:r>
    </w:p>
    <w:p>
      <w:pPr>
        <w:jc w:val="both"/>
      </w:pPr>
      <w:r>
        <w:t>This Operating Agreement of _____________________________________________ LLC is made on ________________.</w:t>
      </w:r>
    </w:p>
    <w:p/>
    <w:p>
      <w:r>
        <w:rPr>
          <w:b/>
          <w:sz w:val="24"/>
        </w:rPr>
        <w:t>1. LLC INFORMATION</w:t>
      </w:r>
    </w:p>
    <w:p>
      <w:pPr>
        <w:jc w:val="both"/>
      </w:pPr>
      <w:r>
        <w:t>Name: _____________________________________________ LLC</w:t>
      </w:r>
    </w:p>
    <w:p>
      <w:pPr>
        <w:jc w:val="both"/>
      </w:pPr>
      <w:r>
        <w:t>Principal Office: _____________________________________________</w:t>
      </w:r>
    </w:p>
    <w:p>
      <w:pPr>
        <w:jc w:val="both"/>
      </w:pPr>
      <w:r>
        <w:t>State of Formation: _____________________________________________</w:t>
      </w:r>
    </w:p>
    <w:p>
      <w:pPr>
        <w:jc w:val="both"/>
      </w:pPr>
      <w:r>
        <w:t>Purpose: _____________________________________________</w:t>
      </w:r>
    </w:p>
    <w:p>
      <w:r>
        <w:rPr>
          <w:b/>
          <w:sz w:val="24"/>
        </w:rPr>
        <w:t>2. MEMBERS</w:t>
      </w:r>
    </w:p>
    <w:p>
      <w:pPr>
        <w:jc w:val="both"/>
      </w:pPr>
      <w:r>
        <w:t>Member 1: _____________________________________________ Address: _____________________________________________</w:t>
      </w:r>
    </w:p>
    <w:p>
      <w:pPr>
        <w:jc w:val="both"/>
      </w:pPr>
      <w:r>
        <w:t>Member 2: _____________________________________________ Address: _____________________________________________</w:t>
      </w:r>
    </w:p>
    <w:p>
      <w:pPr>
        <w:jc w:val="both"/>
      </w:pPr>
      <w:r>
        <w:t>Member 3: _____________________________________________ Address: _____________________________________________</w:t>
      </w:r>
    </w:p>
    <w:p>
      <w:r>
        <w:rPr>
          <w:b/>
          <w:sz w:val="24"/>
        </w:rPr>
        <w:t>3. CAPITAL CONTRIBUTIONS</w:t>
      </w:r>
    </w:p>
    <w:p>
      <w:pPr>
        <w:jc w:val="both"/>
      </w:pPr>
      <w:r>
        <w:t>Member 1: $___________ ___ Cash  ___ Property  ___ Services</w:t>
      </w:r>
    </w:p>
    <w:p>
      <w:pPr>
        <w:jc w:val="both"/>
      </w:pPr>
      <w:r>
        <w:t>Member 2: $___________ ___ Cash  ___ Property  ___ Services</w:t>
      </w:r>
    </w:p>
    <w:p>
      <w:pPr>
        <w:jc w:val="both"/>
      </w:pPr>
      <w:r>
        <w:t>Member 3: $___________ ___ Cash  ___ Property  ___ Services</w:t>
      </w:r>
    </w:p>
    <w:p>
      <w:r>
        <w:rPr>
          <w:b/>
          <w:sz w:val="24"/>
        </w:rPr>
        <w:t>4. MEMBERSHIP INTERESTS</w:t>
      </w:r>
    </w:p>
    <w:p>
      <w:pPr>
        <w:jc w:val="both"/>
      </w:pPr>
      <w:r>
        <w:t>Member 1: _____%   Member 2: _____%   Member 3: _____%</w:t>
      </w:r>
    </w:p>
    <w:p>
      <w:r>
        <w:rPr>
          <w:b/>
          <w:sz w:val="24"/>
        </w:rPr>
        <w:t>5. MANAGEMENT</w:t>
      </w:r>
    </w:p>
    <w:p>
      <w:pPr>
        <w:jc w:val="both"/>
      </w:pPr>
      <w:r>
        <w:t>___ Member-Managed (all members participate)</w:t>
      </w:r>
    </w:p>
    <w:p>
      <w:pPr>
        <w:jc w:val="both"/>
      </w:pPr>
      <w:r>
        <w:t>___ Manager-Managed: Manager(s) _____________________________________________</w:t>
      </w:r>
    </w:p>
    <w:p>
      <w:r>
        <w:rPr>
          <w:b/>
          <w:sz w:val="24"/>
        </w:rPr>
        <w:t>6. VOTING</w:t>
      </w:r>
    </w:p>
    <w:p>
      <w:pPr>
        <w:jc w:val="both"/>
      </w:pPr>
      <w:r>
        <w:t>Voting Rights: ___ One vote per member  ___ Weighted by membership interest</w:t>
      </w:r>
    </w:p>
    <w:p>
      <w:pPr>
        <w:jc w:val="both"/>
      </w:pPr>
      <w:r>
        <w:t>Routine decisions: Majority  Major decisions: Unanimous or Supermajority</w:t>
      </w:r>
    </w:p>
    <w:p>
      <w:r>
        <w:rPr>
          <w:b/>
          <w:sz w:val="24"/>
        </w:rPr>
        <w:t>7. PROFIT AND LOSS ALLOCATION</w:t>
      </w:r>
    </w:p>
    <w:p>
      <w:pPr>
        <w:jc w:val="both"/>
      </w:pPr>
      <w:r>
        <w:t>Profits and losses allocated by membership percentages above.</w:t>
      </w:r>
    </w:p>
    <w:p>
      <w:r>
        <w:rPr>
          <w:b/>
          <w:sz w:val="24"/>
        </w:rPr>
        <w:t>8. DISTRIBUTIONS</w:t>
      </w:r>
    </w:p>
    <w:p>
      <w:pPr>
        <w:jc w:val="both"/>
      </w:pPr>
      <w:r>
        <w:t>Distributions made: ___ Quarterly  ___ Annually  ___ At Manager discretion</w:t>
      </w:r>
    </w:p>
    <w:p>
      <w:r>
        <w:rPr>
          <w:b/>
          <w:sz w:val="24"/>
        </w:rPr>
        <w:t>9. TAX TREATMENT</w:t>
      </w:r>
    </w:p>
    <w:p>
      <w:pPr>
        <w:jc w:val="both"/>
      </w:pPr>
      <w:r>
        <w:t>___ Partnership (default)  ___ S-Corporation election  ___ C-Corporation election</w:t>
      </w:r>
    </w:p>
    <w:p>
      <w:r>
        <w:rPr>
          <w:b/>
          <w:sz w:val="24"/>
        </w:rPr>
        <w:t>10. TRANSFER OF INTERESTS</w:t>
      </w:r>
    </w:p>
    <w:p>
      <w:pPr>
        <w:jc w:val="both"/>
      </w:pPr>
      <w:r>
        <w:t>Members may not transfer interests without approval of: ___ Majority  ___ Unanimous remaining members</w:t>
      </w:r>
    </w:p>
    <w:p>
      <w:pPr>
        <w:jc w:val="both"/>
      </w:pPr>
      <w:r>
        <w:t>Right of First Refusal: Remaining members have ____ days to match any offer.</w:t>
      </w:r>
    </w:p>
    <w:p>
      <w:r>
        <w:rPr>
          <w:b/>
          <w:sz w:val="24"/>
        </w:rPr>
        <w:t>11. ADMISSION OF NEW MEMBERS</w:t>
      </w:r>
    </w:p>
    <w:p>
      <w:pPr>
        <w:jc w:val="both"/>
      </w:pPr>
      <w:r>
        <w:t>New members require ___ Unanimous  ___ Supermajority consent of existing members.</w:t>
      </w:r>
    </w:p>
    <w:p>
      <w:r>
        <w:rPr>
          <w:b/>
          <w:sz w:val="24"/>
        </w:rPr>
        <w:t>12. WITHDRAWAL, DEATH, OR DISABILITY</w:t>
      </w:r>
    </w:p>
    <w:p>
      <w:pPr>
        <w:jc w:val="both"/>
      </w:pPr>
      <w:r>
        <w:t>Buyout Terms: _____________________________________________</w:t>
      </w:r>
    </w:p>
    <w:p>
      <w:r>
        <w:rPr>
          <w:b/>
          <w:sz w:val="24"/>
        </w:rPr>
        <w:t>13. DISSOLUTION</w:t>
      </w:r>
    </w:p>
    <w:p>
      <w:pPr>
        <w:jc w:val="both"/>
      </w:pPr>
      <w:r>
        <w:t>LLC dissolves upon: unanimous consent, court order, or as required by law.</w:t>
      </w:r>
    </w:p>
    <w:p>
      <w:r>
        <w:rPr>
          <w:b/>
          <w:sz w:val="24"/>
        </w:rPr>
        <w:t>14. INDEMNIFICATION</w:t>
      </w:r>
    </w:p>
    <w:p>
      <w:pPr>
        <w:jc w:val="both"/>
      </w:pPr>
      <w:r>
        <w:t>LLC shall indemnify members and managers from claims arising in the course of LLC business, except for fraud or willful misconduct.</w:t>
      </w:r>
    </w:p>
    <w:p>
      <w:r>
        <w:rPr>
          <w:b/>
          <w:sz w:val="24"/>
        </w:rPr>
        <w:t>15.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All members sign below:</w:t>
      </w:r>
    </w:p>
    <w:p/>
    <w:p>
      <w:pPr>
        <w:jc w:val="both"/>
      </w:pPr>
      <w:r>
        <w:t>MEMBER 1: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MEMBER 2: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MEMBER 3: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