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LOAN AGREEMENT</w:t>
      </w:r>
    </w:p>
    <w:p>
      <w:pPr>
        <w:jc w:val="both"/>
      </w:pPr>
      <w:r>
        <w:t>This Loan Agreement is entered into on ________________ between:</w:t>
      </w:r>
    </w:p>
    <w:p/>
    <w:p>
      <w:pPr>
        <w:jc w:val="both"/>
      </w:pPr>
      <w:r>
        <w:t>LENDER: _____________________________________________ at _____________________________________________.</w:t>
      </w:r>
    </w:p>
    <w:p>
      <w:pPr>
        <w:jc w:val="both"/>
      </w:pPr>
      <w:r>
        <w:t>BORROWER: _____________________________________________ at _____________________________________________.</w:t>
      </w:r>
    </w:p>
    <w:p/>
    <w:p>
      <w:r>
        <w:rPr>
          <w:b/>
          <w:sz w:val="24"/>
        </w:rPr>
        <w:t>1. LOAN AMOUNT</w:t>
      </w:r>
    </w:p>
    <w:p>
      <w:pPr>
        <w:jc w:val="both"/>
      </w:pPr>
      <w:r>
        <w:t>Principal: $___________ ( _____________________________________________ Dollars)</w:t>
      </w:r>
    </w:p>
    <w:p>
      <w:r>
        <w:rPr>
          <w:b/>
          <w:sz w:val="24"/>
        </w:rPr>
        <w:t>2. INTEREST</w:t>
      </w:r>
    </w:p>
    <w:p>
      <w:pPr>
        <w:jc w:val="both"/>
      </w:pPr>
      <w:r>
        <w:t>Annual Interest Rate: ____% APR</w:t>
      </w:r>
    </w:p>
    <w:p>
      <w:pPr>
        <w:jc w:val="both"/>
      </w:pPr>
      <w:r>
        <w:t>Calculation: ___ Simple  ___ Compound (annually)</w:t>
      </w:r>
    </w:p>
    <w:p>
      <w:r>
        <w:rPr>
          <w:b/>
          <w:sz w:val="24"/>
        </w:rPr>
        <w:t>3. REPAYMENT</w:t>
      </w:r>
    </w:p>
    <w:p>
      <w:pPr>
        <w:jc w:val="both"/>
      </w:pPr>
      <w:r>
        <w:t>Repayment begins on ________________ and continues until ________________.</w:t>
      </w:r>
    </w:p>
    <w:p>
      <w:pPr>
        <w:jc w:val="both"/>
      </w:pPr>
      <w:r>
        <w:t>___ Monthly installments of $___________</w:t>
      </w:r>
    </w:p>
    <w:p>
      <w:pPr>
        <w:jc w:val="both"/>
      </w:pPr>
      <w:r>
        <w:t>___ Lump sum on maturity date</w:t>
      </w:r>
    </w:p>
    <w:p>
      <w:pPr>
        <w:jc w:val="both"/>
      </w:pPr>
      <w:r>
        <w:t>___ Other: _____________________________________________</w:t>
      </w:r>
    </w:p>
    <w:p>
      <w:r>
        <w:rPr>
          <w:b/>
          <w:sz w:val="24"/>
        </w:rPr>
        <w:t>4. PREPAYMENT</w:t>
      </w:r>
    </w:p>
    <w:p>
      <w:pPr>
        <w:jc w:val="both"/>
      </w:pPr>
      <w:r>
        <w:t>Borrower may prepay without penalty.</w:t>
      </w:r>
    </w:p>
    <w:p>
      <w:r>
        <w:rPr>
          <w:b/>
          <w:sz w:val="24"/>
        </w:rPr>
        <w:t>5. LATE FEES</w:t>
      </w:r>
    </w:p>
    <w:p>
      <w:pPr>
        <w:jc w:val="both"/>
      </w:pPr>
      <w:r>
        <w:t>Late fee of $___________ or ____% of payment for payments more than ____ days late.</w:t>
      </w:r>
    </w:p>
    <w:p>
      <w:r>
        <w:rPr>
          <w:b/>
          <w:sz w:val="24"/>
        </w:rPr>
        <w:t>6. DEFAULT</w:t>
      </w:r>
    </w:p>
    <w:p>
      <w:pPr>
        <w:jc w:val="both"/>
      </w:pPr>
      <w:r>
        <w:t>Default occurs if Borrower: (a) fails to make payment within ____ days; (b) breaches any provision; (c) files for bankruptcy.</w:t>
      </w:r>
    </w:p>
    <w:p>
      <w:r>
        <w:rPr>
          <w:b/>
          <w:sz w:val="24"/>
        </w:rPr>
        <w:t>7. ACCELERATION</w:t>
      </w:r>
    </w:p>
    <w:p>
      <w:pPr>
        <w:jc w:val="both"/>
      </w:pPr>
      <w:r>
        <w:t>Upon default, Lender may declare entire balance immediately due.</w:t>
      </w:r>
    </w:p>
    <w:p>
      <w:r>
        <w:rPr>
          <w:b/>
          <w:sz w:val="24"/>
        </w:rPr>
        <w:t>8. COLLATERAL</w:t>
      </w:r>
    </w:p>
    <w:p>
      <w:pPr>
        <w:jc w:val="both"/>
      </w:pPr>
      <w:r>
        <w:t>___ Unsecured loan</w:t>
      </w:r>
    </w:p>
    <w:p>
      <w:pPr>
        <w:jc w:val="both"/>
      </w:pPr>
      <w:r>
        <w:t>___ Secured by: _____________________________________________</w:t>
      </w:r>
    </w:p>
    <w:p>
      <w:r>
        <w:rPr>
          <w:b/>
          <w:sz w:val="24"/>
        </w:rPr>
        <w:t>9. REPRESENTATIONS AND COVENANTS</w:t>
      </w:r>
    </w:p>
    <w:p>
      <w:pPr>
        <w:jc w:val="both"/>
      </w:pPr>
      <w:r>
        <w:t>Borrower represents that the loan will be used for: _____________________________________________</w:t>
      </w:r>
    </w:p>
    <w:p>
      <w:pPr>
        <w:jc w:val="both"/>
      </w:pPr>
      <w:r>
        <w:t>Borrower agrees to: maintain insurance on collateral, provide financial statements upon request.</w:t>
      </w:r>
    </w:p>
    <w:p>
      <w:r>
        <w:rPr>
          <w:b/>
          <w:sz w:val="24"/>
        </w:rPr>
        <w:t>10. GOVERNING LAW</w:t>
      </w:r>
    </w:p>
    <w:p>
      <w:pPr>
        <w:jc w:val="both"/>
      </w:pPr>
      <w:r>
        <w:t>Governed by laws of the State of _____________________________________________.</w:t>
      </w:r>
    </w:p>
    <w:p/>
    <w:p>
      <w:pPr>
        <w:jc w:val="both"/>
      </w:pPr>
      <w:r>
        <w:t>LENDER: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BORROWER: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NOTARIZATION (recommended):</w:t>
      </w:r>
    </w:p>
    <w:p>
      <w:pPr>
        <w:jc w:val="both"/>
      </w:pPr>
      <w:r>
        <w:t>State of __________________, County of __________________</w:t>
      </w:r>
    </w:p>
    <w:p>
      <w:pPr>
        <w:jc w:val="both"/>
      </w:pPr>
      <w:r>
        <w:t>Subscribed before me on _____ day of _____________, 20___.</w:t>
      </w:r>
    </w:p>
    <w:p>
      <w:pPr>
        <w:jc w:val="both"/>
      </w:pPr>
      <w:r>
        <w:t>Notary Signature: _________________________ Commission expires: _______________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