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MEDICAL POWER OF ATTORNEY</w:t>
      </w:r>
    </w:p>
    <w:p>
      <w:pPr>
        <w:jc w:val="both"/>
      </w:pPr>
      <w:r>
        <w:t>I, _____________________________________________ ("Principal"), residing at _____________________________________________, being of sound mind, hereby designate the following person as my Healthcare Agent to make medical decisions for me when I am unable.</w:t>
      </w:r>
    </w:p>
    <w:p/>
    <w:p>
      <w:r>
        <w:rPr>
          <w:b/>
          <w:sz w:val="24"/>
        </w:rPr>
        <w:t>1. HEALTHCARE AGENT</w:t>
      </w:r>
    </w:p>
    <w:p>
      <w:pPr>
        <w:jc w:val="both"/>
      </w:pPr>
      <w:r>
        <w:t>Name: _____________________________________________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Phone: __________________  Email: __________________</w:t>
      </w:r>
    </w:p>
    <w:p>
      <w:pPr>
        <w:jc w:val="both"/>
      </w:pPr>
      <w:r>
        <w:t>Relationship to Principal: _____________________________________________</w:t>
      </w:r>
    </w:p>
    <w:p>
      <w:r>
        <w:rPr>
          <w:b/>
          <w:sz w:val="24"/>
        </w:rPr>
        <w:t>2. ALTERNATE AGENT</w:t>
      </w:r>
    </w:p>
    <w:p>
      <w:pPr>
        <w:jc w:val="both"/>
      </w:pPr>
      <w:r>
        <w:t>Name: _____________________________________________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Phone: __________________  Relationship: __________________</w:t>
      </w:r>
    </w:p>
    <w:p>
      <w:r>
        <w:rPr>
          <w:b/>
          <w:sz w:val="24"/>
        </w:rPr>
        <w:t>3. WHEN AUTHORITY TAKES EFFECT</w:t>
      </w:r>
    </w:p>
    <w:p>
      <w:pPr>
        <w:jc w:val="both"/>
      </w:pPr>
      <w:r>
        <w:t>This Medical POA takes effect when I am unable to make my own healthcare decisions, as certified by my attending physician.</w:t>
      </w:r>
    </w:p>
    <w:p>
      <w:r>
        <w:rPr>
          <w:b/>
          <w:sz w:val="24"/>
        </w:rPr>
        <w:t>4. POWERS OF HEALTHCARE AGENT</w:t>
      </w:r>
    </w:p>
    <w:p>
      <w:pPr>
        <w:jc w:val="both"/>
      </w:pPr>
      <w:r>
        <w:t>My Agent may:</w:t>
      </w:r>
    </w:p>
    <w:p>
      <w:pPr>
        <w:jc w:val="both"/>
      </w:pPr>
      <w:r>
        <w:t>(a) Consent to or refuse any medical treatment</w:t>
      </w:r>
    </w:p>
    <w:p>
      <w:pPr>
        <w:jc w:val="both"/>
      </w:pPr>
      <w:r>
        <w:t>(b) Choose healthcare providers and facilities</w:t>
      </w:r>
    </w:p>
    <w:p>
      <w:pPr>
        <w:jc w:val="both"/>
      </w:pPr>
      <w:r>
        <w:t>(c) Access all my medical records (HIPAA authorization)</w:t>
      </w:r>
    </w:p>
    <w:p>
      <w:pPr>
        <w:jc w:val="both"/>
      </w:pPr>
      <w:r>
        <w:t>(d) Authorize surgery and procedures</w:t>
      </w:r>
    </w:p>
    <w:p>
      <w:pPr>
        <w:jc w:val="both"/>
      </w:pPr>
      <w:r>
        <w:t>(e) Decide on life-sustaining treatment per my wishes</w:t>
      </w:r>
    </w:p>
    <w:p>
      <w:pPr>
        <w:jc w:val="both"/>
      </w:pPr>
      <w:r>
        <w:t>(f) Consent to pain management/palliative care</w:t>
      </w:r>
    </w:p>
    <w:p>
      <w:pPr>
        <w:jc w:val="both"/>
      </w:pPr>
      <w:r>
        <w:t>(g) Authorize organ donation per my wishes</w:t>
      </w:r>
    </w:p>
    <w:p>
      <w:pPr>
        <w:jc w:val="both"/>
      </w:pPr>
      <w:r>
        <w:t>(h) Make decisions about facility transfers</w:t>
      </w:r>
    </w:p>
    <w:p>
      <w:pPr>
        <w:jc w:val="both"/>
      </w:pPr>
      <w:r>
        <w:t>(i) Hire and discharge medical personnel</w:t>
      </w:r>
    </w:p>
    <w:p>
      <w:r>
        <w:rPr>
          <w:b/>
          <w:sz w:val="24"/>
        </w:rPr>
        <w:t>5. LIMITATIONS</w:t>
      </w:r>
    </w:p>
    <w:p>
      <w:pPr>
        <w:jc w:val="both"/>
      </w:pPr>
      <w:r>
        <w:t>My Agent may NOT: _____________________________________________</w:t>
      </w:r>
    </w:p>
    <w:p>
      <w:r>
        <w:rPr>
          <w:b/>
          <w:sz w:val="24"/>
        </w:rPr>
        <w:t>6. INSTRUCTIONS</w:t>
      </w:r>
    </w:p>
    <w:p>
      <w:pPr>
        <w:jc w:val="both"/>
      </w:pPr>
      <w:r>
        <w:t>My specific healthcare instructions (or refer to attached Living Will): _____________________________________________</w:t>
      </w:r>
    </w:p>
    <w:p>
      <w:r>
        <w:rPr>
          <w:b/>
          <w:sz w:val="24"/>
        </w:rPr>
        <w:t>7. HIPAA AUTHORIZATION</w:t>
      </w:r>
    </w:p>
    <w:p>
      <w:pPr>
        <w:jc w:val="both"/>
      </w:pPr>
      <w:r>
        <w:t>I authorize my Healthcare Agent and Alternate to access all my medical records, including mental health, HIV/AIDS, and substance abuse records.</w:t>
      </w:r>
    </w:p>
    <w:p>
      <w:r>
        <w:rPr>
          <w:b/>
          <w:sz w:val="24"/>
        </w:rPr>
        <w:t>8. DURATION</w:t>
      </w:r>
    </w:p>
    <w:p>
      <w:pPr>
        <w:jc w:val="both"/>
      </w:pPr>
      <w:r>
        <w:t>This Medical POA remains in effect during my incapacity. Authority returns to me when I regain capacity. This terminates upon my death.</w:t>
      </w:r>
    </w:p>
    <w:p>
      <w:r>
        <w:rPr>
          <w:b/>
          <w:sz w:val="24"/>
        </w:rPr>
        <w:t>9. REVOCATION</w:t>
      </w:r>
    </w:p>
    <w:p>
      <w:pPr>
        <w:jc w:val="both"/>
      </w:pPr>
      <w:r>
        <w:t>I may revoke this Medical POA at any time while competent by written notice or oral statement to my doctor.</w:t>
      </w:r>
    </w:p>
    <w:p>
      <w:r>
        <w:rPr>
          <w:b/>
          <w:sz w:val="24"/>
        </w:rPr>
        <w:t>10.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PRINCIPAL SIGNATURE: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WITNESS 1: Signature: _________________________________ Date: _______________</w:t>
      </w:r>
    </w:p>
    <w:p>
      <w:pPr>
        <w:jc w:val="both"/>
      </w:pPr>
      <w:r>
        <w:t>Printed Name: _____________________________________________  Address: _____________________________________________</w:t>
      </w:r>
    </w:p>
    <w:p/>
    <w:p>
      <w:pPr>
        <w:jc w:val="both"/>
      </w:pPr>
      <w:r>
        <w:t>WITNESS 2: Signature: _________________________________ Date: _______________</w:t>
      </w:r>
    </w:p>
    <w:p>
      <w:pPr>
        <w:jc w:val="both"/>
      </w:pPr>
      <w:r>
        <w:t>Printed Name: _____________________________________________  Address: _____________________________________________</w:t>
      </w:r>
    </w:p>
    <w:p/>
    <w:p>
      <w:pPr>
        <w:jc w:val="both"/>
      </w:pPr>
      <w:r>
        <w:t>NOTARIZATION (if required):</w:t>
      </w:r>
    </w:p>
    <w:p>
      <w:pPr>
        <w:jc w:val="both"/>
      </w:pPr>
      <w:r>
        <w:t>State of __________________, County of __________________</w:t>
      </w:r>
    </w:p>
    <w:p>
      <w:pPr>
        <w:jc w:val="both"/>
      </w:pPr>
      <w:r>
        <w:t>Subscribed before me on _____ day of _____________, 20___.</w:t>
      </w:r>
    </w:p>
    <w:p>
      <w:pPr>
        <w:jc w:val="both"/>
      </w:pPr>
      <w:r>
        <w:t>Notary Signature: _________________________ Commission expires: 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