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MONTH-TO-MONTH LEASE AGREEMENT</w:t>
      </w:r>
    </w:p>
    <w:p>
      <w:pPr>
        <w:jc w:val="both"/>
      </w:pPr>
      <w:r>
        <w:t>This Month-to-Month Lease is entered into on ________________ between:</w:t>
      </w:r>
    </w:p>
    <w:p/>
    <w:p>
      <w:pPr>
        <w:jc w:val="both"/>
      </w:pPr>
      <w:r>
        <w:t>LANDLORD: _____________________________________________ at _____________________________________________.</w:t>
      </w:r>
    </w:p>
    <w:p>
      <w:pPr>
        <w:jc w:val="both"/>
      </w:pPr>
      <w:r>
        <w:t>TENANT(S): _____________________________________________ residing at _____________________________________________.</w:t>
      </w:r>
    </w:p>
    <w:p/>
    <w:p>
      <w:r>
        <w:rPr>
          <w:b/>
          <w:sz w:val="24"/>
        </w:rPr>
        <w:t>1. PROPERTY</w:t>
      </w:r>
    </w:p>
    <w:p>
      <w:pPr>
        <w:jc w:val="both"/>
      </w:pPr>
      <w:r>
        <w:t>Address: _____________________________________________</w:t>
      </w:r>
    </w:p>
    <w:p>
      <w:r>
        <w:rPr>
          <w:b/>
          <w:sz w:val="24"/>
        </w:rPr>
        <w:t>2. TERM</w:t>
      </w:r>
    </w:p>
    <w:p>
      <w:pPr>
        <w:jc w:val="both"/>
      </w:pPr>
      <w:r>
        <w:t>Start Date: ________________  No fixed end date.</w:t>
      </w:r>
    </w:p>
    <w:p>
      <w:pPr>
        <w:jc w:val="both"/>
      </w:pPr>
      <w:r>
        <w:t>This agreement renews automatically each month until terminated by either party with proper notice.</w:t>
      </w:r>
    </w:p>
    <w:p>
      <w:r>
        <w:rPr>
          <w:b/>
          <w:sz w:val="24"/>
        </w:rPr>
        <w:t>3. RENT</w:t>
      </w:r>
    </w:p>
    <w:p>
      <w:pPr>
        <w:jc w:val="both"/>
      </w:pPr>
      <w:r>
        <w:t>Monthly Rent: $___________ Due on the ____ day of each month.</w:t>
      </w:r>
    </w:p>
    <w:p>
      <w:pPr>
        <w:jc w:val="both"/>
      </w:pPr>
      <w:r>
        <w:t>Payment Methods: _____________________________________________</w:t>
      </w:r>
    </w:p>
    <w:p>
      <w:pPr>
        <w:jc w:val="both"/>
      </w:pPr>
      <w:r>
        <w:t>Late Fee: $___________ after ____ day grace period.</w:t>
      </w:r>
    </w:p>
    <w:p>
      <w:r>
        <w:rPr>
          <w:b/>
          <w:sz w:val="24"/>
        </w:rPr>
        <w:t>4. SECURITY DEPOSIT</w:t>
      </w:r>
    </w:p>
    <w:p>
      <w:pPr>
        <w:jc w:val="both"/>
      </w:pPr>
      <w:r>
        <w:t>Amount: $___________</w:t>
      </w:r>
    </w:p>
    <w:p>
      <w:r>
        <w:rPr>
          <w:b/>
          <w:sz w:val="24"/>
        </w:rPr>
        <w:t>5. TERMINATION NOTICE</w:t>
      </w:r>
    </w:p>
    <w:p>
      <w:pPr>
        <w:jc w:val="both"/>
      </w:pPr>
      <w:r>
        <w:t>Either party may terminate with ____ days written notice (typically 30 days, longer in some states).</w:t>
      </w:r>
    </w:p>
    <w:p>
      <w:pPr>
        <w:jc w:val="both"/>
      </w:pPr>
      <w:r>
        <w:t>California: 60 days if tenant has resided 1+ year.</w:t>
      </w:r>
    </w:p>
    <w:p>
      <w:r>
        <w:rPr>
          <w:b/>
          <w:sz w:val="24"/>
        </w:rPr>
        <w:t>6. RENT INCREASE</w:t>
      </w:r>
    </w:p>
    <w:p>
      <w:pPr>
        <w:jc w:val="both"/>
      </w:pPr>
      <w:r>
        <w:t>Landlord may increase rent with ____ days advance written notice (typically 30-60 days).</w:t>
      </w:r>
    </w:p>
    <w:p>
      <w:r>
        <w:rPr>
          <w:b/>
          <w:sz w:val="24"/>
        </w:rPr>
        <w:t>7. UTILITIES, MAINTENANCE, RULES</w:t>
      </w:r>
    </w:p>
    <w:p>
      <w:pPr>
        <w:jc w:val="both"/>
      </w:pPr>
      <w:r>
        <w:t>Same as standard rental agreement. Adjust to your situation.</w:t>
      </w:r>
    </w:p>
    <w:p>
      <w:r>
        <w:rPr>
          <w:b/>
          <w:sz w:val="24"/>
        </w:rPr>
        <w:t>8. GOVERNING LAW</w:t>
      </w:r>
    </w:p>
    <w:p>
      <w:pPr>
        <w:jc w:val="both"/>
      </w:pPr>
      <w:r>
        <w:t>Governed by laws of the State of _____________________________________________.</w:t>
      </w:r>
    </w:p>
    <w:p/>
    <w:p>
      <w:pPr>
        <w:jc w:val="both"/>
      </w:pPr>
      <w:r>
        <w:t>LANDLORD: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TENANT: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DISCLAIMER: This template is for informational purposes only and does not constitute legal advice. Laws vary by state. Consult a licensed attorney before executing this agreement.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