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NEW YORK NOTICE TO PAY RENT OR QUIT / NOTICE TO VACATE</w:t>
      </w:r>
    </w:p>
    <w:p>
      <w:r>
        <w:t>To: _____________________________________________ [Tenant Full Name(s)] and ALL OTHER OCCUPANTS, in possession of the premises located at _____________________________________________ [Property Address], City of _____________________________________________, County of _____________________________________________, State of New York.</w:t>
      </w:r>
    </w:p>
    <w:p/>
    <w:p>
      <w:r>
        <w:t>YOU ARE HEREBY NOTIFIED that you are indebted to the undersigned Landlord in the sum of $__________ for rent and use of the above-described premises for the period beginning ________________ [start date] and ending ________________ [end date].</w:t>
      </w:r>
    </w:p>
    <w:p>
      <w:r>
        <w:rPr>
          <w:b/>
          <w:sz w:val="24"/>
        </w:rPr>
        <w:t>DEMAND</w:t>
      </w:r>
    </w:p>
    <w:p>
      <w:r>
        <w:t>WITHIN 14 DAYS from the date of service of this notice, you are required to:</w:t>
      </w:r>
    </w:p>
    <w:p>
      <w:r>
        <w:t>(1) PAY the rent in full to the Landlord at the address listed below; OR</w:t>
      </w:r>
    </w:p>
    <w:p>
      <w:r>
        <w:t>(2) DELIVER UP POSSESSION of the premises to the Landlord.</w:t>
      </w:r>
    </w:p>
    <w:p>
      <w:r>
        <w:t>If you fail to do either, the Landlord will commence legal action under New York law to recover possession, damages, court costs, and reasonable attorneys' fees as permitted by statute and the lease.</w:t>
      </w:r>
    </w:p>
    <w:p>
      <w:r>
        <w:rPr>
          <w:b/>
          <w:sz w:val="24"/>
        </w:rPr>
        <w:t>AMOUNT DUE</w:t>
      </w:r>
    </w:p>
    <w:p>
      <w:r>
        <w:t>Rent due: $__________</w:t>
      </w:r>
    </w:p>
    <w:p>
      <w:r>
        <w:t>Period covered: ________________ to ________________</w:t>
      </w:r>
    </w:p>
    <w:p>
      <w:r>
        <w:t>Total: $__________</w:t>
      </w:r>
    </w:p>
    <w:p>
      <w:r>
        <w:t>(Note: This notice demands rent only. Late fees, NSF fees, attorneys' fees, and other charges are NOT included in this demand.)</w:t>
      </w:r>
    </w:p>
    <w:p>
      <w:r>
        <w:rPr>
          <w:b/>
          <w:sz w:val="24"/>
        </w:rPr>
        <w:t>PAYMENT INSTRUCTIONS</w:t>
      </w:r>
    </w:p>
    <w:p>
      <w:r>
        <w:t>Make payment payable to: _____________________________________________</w:t>
      </w:r>
    </w:p>
    <w:p>
      <w:r>
        <w:t>Deliver to: _____________________________________________ [Address]</w:t>
      </w:r>
    </w:p>
    <w:p>
      <w:r>
        <w:t>Acceptable payment methods: ___ Cash ___ Check ___ Cashier's Check ___ Electronic Transfer ___ Other: __________________</w:t>
      </w:r>
    </w:p>
    <w:p>
      <w:r>
        <w:rPr>
          <w:b/>
          <w:sz w:val="24"/>
        </w:rPr>
        <w:t>TENANT RIGHTS</w:t>
      </w:r>
    </w:p>
    <w:p>
      <w:r>
        <w:t>You have the right to consult an attorney. If you cannot afford one, free or reduced-fee legal assistance may be available through legal aid in New York. You may have defenses to eviction including improper notice, retaliation, discrimination, breach of warranty of habitability, or rent already paid. Asserting these defenses requires timely action — do not delay.</w:t>
      </w:r>
    </w:p>
    <w:p>
      <w:r>
        <w:t>You also have the right to a court hearing before being removed from the premises. The Landlord cannot lawfully change locks, shut off utilities, remove your belongings, or otherwise force you out without a court order. Self-help eviction is illegal in New York.</w:t>
      </w:r>
    </w:p>
    <w:p/>
    <w:p>
      <w:r>
        <w:rPr>
          <w:b/>
        </w:rPr>
        <w:t>LANDLORD / AGENT:</w:t>
      </w:r>
    </w:p>
    <w:p>
      <w:r>
        <w:t>Printed Name: _____________________________________________</w:t>
      </w:r>
    </w:p>
    <w:p>
      <w:r>
        <w:t>Title (if Agent): _____________________________________________</w:t>
      </w:r>
    </w:p>
    <w:p>
      <w:r>
        <w:t>Address: _____________________________________________</w:t>
      </w:r>
    </w:p>
    <w:p>
      <w:r>
        <w:t>Phone: _____________________________________________</w:t>
      </w:r>
    </w:p>
    <w:p>
      <w:r>
        <w:t>Signature: _________________________________ Date: _______________</w:t>
      </w:r>
    </w:p>
    <w:p/>
    <w:p>
      <w:r>
        <w:rPr>
          <w:b/>
        </w:rPr>
        <w:t>PROOF OF SERVICE</w:t>
      </w:r>
    </w:p>
    <w:p>
      <w:r>
        <w:t>I, _____________________________________________, served this notice on the above-named Tenant on ________________ [Date] at ________________ [Time] by:</w:t>
      </w:r>
    </w:p>
    <w:p>
      <w:r>
        <w:t>___ Personal delivery to Tenant</w:t>
      </w:r>
    </w:p>
    <w:p>
      <w:r>
        <w:t>___ Substituted service: leaving a copy with _____________________________________________ (person of suitable age) at the premises AND mailing a copy by first-class mail to Tenant at the premises</w:t>
      </w:r>
    </w:p>
    <w:p>
      <w:r>
        <w:t>___ Posting on the main entry door AND mailing a copy by first-class mail to Tenant at the premises</w:t>
      </w:r>
    </w:p>
    <w:p>
      <w:r>
        <w:t>___ Certified mail, return receipt requested</w:t>
      </w:r>
    </w:p>
    <w:p>
      <w:r>
        <w:t>Signature of Server: _________________________________</w:t>
      </w:r>
    </w:p>
    <w:p>
      <w:r>
        <w:t>Printed Name: _____________________________________________</w:t>
      </w:r>
    </w:p>
    <w:p>
      <w:r>
        <w:t>Address: _____________________________________________</w:t>
      </w:r>
    </w:p>
    <w:p/>
    <w:p>
      <w:r>
        <w:rPr>
          <w:i/>
        </w:rPr>
        <w:t>DISCLAIMER: This template is provided for informational purposes only and does not constitute legal advice. New York eviction law has strict procedural requirements. Defective notice or service is the most common reason eviction actions are dismissed. Consult a New York attorney for high-value or contested cases.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