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OFFER OF EMPLOYMENT</w:t>
      </w:r>
    </w:p>
    <w:p>
      <w:pPr>
        <w:jc w:val="both"/>
      </w:pPr>
      <w:r>
        <w:t>Date: ________________</w:t>
      </w:r>
    </w:p>
    <w:p/>
    <w:p>
      <w:pPr>
        <w:jc w:val="both"/>
      </w:pPr>
      <w:r>
        <w:t>_____________________________________________ [Candidate Name]</w:t>
      </w:r>
    </w:p>
    <w:p>
      <w:pPr>
        <w:jc w:val="both"/>
      </w:pPr>
      <w:r>
        <w:t>_____________________________________________ [Candidate Address]</w:t>
      </w:r>
    </w:p>
    <w:p/>
    <w:p>
      <w:pPr>
        <w:jc w:val="both"/>
      </w:pPr>
      <w:r>
        <w:t>Dear _____________________________________________,</w:t>
      </w:r>
    </w:p>
    <w:p/>
    <w:p>
      <w:pPr>
        <w:jc w:val="both"/>
      </w:pPr>
      <w:r>
        <w:t>We are pleased to offer you the position of _____________________________________________ at _____________________________________________ [Company Name]. We were impressed with your qualifications and are excited about the contribution you will make to our team.</w:t>
      </w:r>
    </w:p>
    <w:p>
      <w:r>
        <w:rPr>
          <w:b/>
          <w:sz w:val="24"/>
        </w:rPr>
        <w:t>POSITION DETAILS</w:t>
      </w:r>
    </w:p>
    <w:p>
      <w:pPr>
        <w:jc w:val="both"/>
      </w:pPr>
      <w:r>
        <w:t>Position: _____________________________________________</w:t>
      </w:r>
    </w:p>
    <w:p>
      <w:pPr>
        <w:jc w:val="both"/>
      </w:pPr>
      <w:r>
        <w:t>Reporting To: _____________________________________________</w:t>
      </w:r>
    </w:p>
    <w:p>
      <w:pPr>
        <w:jc w:val="both"/>
      </w:pPr>
      <w:r>
        <w:t>Start Date: ________________</w:t>
      </w:r>
    </w:p>
    <w:p>
      <w:pPr>
        <w:jc w:val="both"/>
      </w:pPr>
      <w:r>
        <w:t>Employment Status: ___ Full-time  ___ Part-time  ___ At-will</w:t>
      </w:r>
    </w:p>
    <w:p>
      <w:r>
        <w:rPr>
          <w:b/>
          <w:sz w:val="24"/>
        </w:rPr>
        <w:t>COMPENSATION</w:t>
      </w:r>
    </w:p>
    <w:p>
      <w:pPr>
        <w:jc w:val="both"/>
      </w:pPr>
      <w:r>
        <w:t>Base Salary: $___________ per ___ year  ___ hour</w:t>
      </w:r>
    </w:p>
    <w:p>
      <w:pPr>
        <w:jc w:val="both"/>
      </w:pPr>
      <w:r>
        <w:t>Payment Frequency: ___ Bi-weekly  ___ Monthly</w:t>
      </w:r>
    </w:p>
    <w:p>
      <w:pPr>
        <w:jc w:val="both"/>
      </w:pPr>
      <w:r>
        <w:t>Bonus/Commission: _____________________________________________</w:t>
      </w:r>
    </w:p>
    <w:p>
      <w:pPr>
        <w:jc w:val="both"/>
      </w:pPr>
      <w:r>
        <w:t>Signing Bonus (if any): $___________</w:t>
      </w:r>
    </w:p>
    <w:p>
      <w:pPr>
        <w:jc w:val="both"/>
      </w:pPr>
      <w:r>
        <w:t>Equity/Stock Options: _____________________________________________</w:t>
      </w:r>
    </w:p>
    <w:p>
      <w:r>
        <w:rPr>
          <w:b/>
          <w:sz w:val="24"/>
        </w:rPr>
        <w:t>BENEFITS</w:t>
      </w:r>
    </w:p>
    <w:p>
      <w:pPr>
        <w:jc w:val="both"/>
      </w:pPr>
      <w:r>
        <w:t>___ Health Insurance (effective: __________________)</w:t>
      </w:r>
    </w:p>
    <w:p>
      <w:pPr>
        <w:jc w:val="both"/>
      </w:pPr>
      <w:r>
        <w:t>___ Dental and Vision</w:t>
      </w:r>
    </w:p>
    <w:p>
      <w:pPr>
        <w:jc w:val="both"/>
      </w:pPr>
      <w:r>
        <w:t>___ 401(k) with ___% match</w:t>
      </w:r>
    </w:p>
    <w:p>
      <w:pPr>
        <w:jc w:val="both"/>
      </w:pPr>
      <w:r>
        <w:t>___ Paid Time Off: ____ days vacation, ____ days sick</w:t>
      </w:r>
    </w:p>
    <w:p>
      <w:pPr>
        <w:jc w:val="both"/>
      </w:pPr>
      <w:r>
        <w:t>___ Other: _____________________________________________</w:t>
      </w:r>
    </w:p>
    <w:p>
      <w:r>
        <w:rPr>
          <w:b/>
          <w:sz w:val="24"/>
        </w:rPr>
        <w:t>WORK ARRANGEMENT</w:t>
      </w:r>
    </w:p>
    <w:p>
      <w:pPr>
        <w:jc w:val="both"/>
      </w:pPr>
      <w:r>
        <w:t>Hours: __________ per week</w:t>
      </w:r>
    </w:p>
    <w:p>
      <w:pPr>
        <w:jc w:val="both"/>
      </w:pPr>
      <w:r>
        <w:t>Location: _____________________________________________</w:t>
      </w:r>
    </w:p>
    <w:p>
      <w:pPr>
        <w:jc w:val="both"/>
      </w:pPr>
      <w:r>
        <w:t>Remote/Hybrid: _____________________________________________</w:t>
      </w:r>
    </w:p>
    <w:p>
      <w:r>
        <w:rPr>
          <w:b/>
          <w:sz w:val="24"/>
        </w:rPr>
        <w:t>CONTINGENCIES</w:t>
      </w:r>
    </w:p>
    <w:p>
      <w:pPr>
        <w:jc w:val="both"/>
      </w:pPr>
      <w:r>
        <w:t>This offer is contingent on:</w:t>
      </w:r>
    </w:p>
    <w:p>
      <w:pPr>
        <w:jc w:val="both"/>
      </w:pPr>
      <w:r>
        <w:t>___ Successful background check</w:t>
      </w:r>
    </w:p>
    <w:p>
      <w:pPr>
        <w:jc w:val="both"/>
      </w:pPr>
      <w:r>
        <w:t>___ Reference verification</w:t>
      </w:r>
    </w:p>
    <w:p>
      <w:pPr>
        <w:jc w:val="both"/>
      </w:pPr>
      <w:r>
        <w:t>___ Drug screening</w:t>
      </w:r>
    </w:p>
    <w:p>
      <w:pPr>
        <w:jc w:val="both"/>
      </w:pPr>
      <w:r>
        <w:t>___ Eligibility to work in the US (I-9 verification)</w:t>
      </w:r>
    </w:p>
    <w:p>
      <w:pPr>
        <w:jc w:val="both"/>
      </w:pPr>
      <w:r>
        <w:t>___ Signing the Employment Agreement and Confidentiality Agreement</w:t>
      </w:r>
    </w:p>
    <w:p>
      <w:r>
        <w:rPr>
          <w:b/>
          <w:sz w:val="24"/>
        </w:rPr>
        <w:t>AT-WILL EMPLOYMENT</w:t>
      </w:r>
    </w:p>
    <w:p>
      <w:pPr>
        <w:jc w:val="both"/>
      </w:pPr>
      <w:r>
        <w:t>Your employment with us is at-will, meaning either party may terminate the relationship at any time, with or without cause.</w:t>
      </w:r>
    </w:p>
    <w:p>
      <w:r>
        <w:rPr>
          <w:b/>
          <w:sz w:val="24"/>
        </w:rPr>
        <w:t>OFFER EXPIRATION</w:t>
      </w:r>
    </w:p>
    <w:p>
      <w:pPr>
        <w:jc w:val="both"/>
      </w:pPr>
      <w:r>
        <w:t>This offer expires on ________________ if not accepted in writing.</w:t>
      </w:r>
    </w:p>
    <w:p/>
    <w:p>
      <w:pPr>
        <w:jc w:val="both"/>
      </w:pPr>
      <w:r>
        <w:t>To accept this offer, please sign below and return by the expiration date.</w:t>
      </w:r>
    </w:p>
    <w:p/>
    <w:p>
      <w:pPr>
        <w:jc w:val="both"/>
      </w:pPr>
      <w:r>
        <w:t>We look forward to welcoming you to the team!</w:t>
      </w:r>
    </w:p>
    <w:p/>
    <w:p>
      <w:pPr>
        <w:jc w:val="both"/>
      </w:pPr>
      <w:r>
        <w:t>Sincerely,</w:t>
      </w:r>
    </w:p>
    <w:p/>
    <w:p>
      <w:pPr>
        <w:jc w:val="both"/>
      </w:pPr>
      <w:r>
        <w:t>_____________________________________________</w:t>
      </w:r>
    </w:p>
    <w:p>
      <w:pPr>
        <w:jc w:val="both"/>
      </w:pPr>
      <w:r>
        <w:t>[Authorized Signature]</w:t>
      </w:r>
    </w:p>
    <w:p>
      <w:pPr>
        <w:jc w:val="both"/>
      </w:pPr>
      <w:r>
        <w:t>Title: _____________________________________________</w:t>
      </w:r>
    </w:p>
    <w:p/>
    <w:p>
      <w:pPr>
        <w:jc w:val="both"/>
      </w:pPr>
      <w:r>
        <w:t>ACCEPTANCE</w:t>
      </w:r>
    </w:p>
    <w:p>
      <w:pPr>
        <w:jc w:val="both"/>
      </w:pPr>
      <w:r>
        <w:t>I, _____________________________________________, accept the offer of employment as described above.</w:t>
      </w:r>
    </w:p>
    <w:p>
      <w:pPr>
        <w:jc w:val="both"/>
      </w:pPr>
      <w:r>
        <w:t>Signature: _________________________________ Date: 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