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OHIO BILL OF SALE</w:t>
      </w:r>
    </w:p>
    <w:p>
      <w:r>
        <w:t>This Bill of Sale is executed on ________________ [Date], in the State of Ohio, between:</w:t>
      </w:r>
    </w:p>
    <w:p/>
    <w:p>
      <w:r>
        <w:rPr>
          <w:b/>
        </w:rPr>
        <w:t>SELLER:</w:t>
      </w:r>
      <w:r>
        <w:t xml:space="preserve"> _____________________________________________ [Full Legal Name], residing at _____________________________________________ [Address], Driver's License #__________________.</w:t>
      </w:r>
    </w:p>
    <w:p>
      <w:r>
        <w:rPr>
          <w:b/>
        </w:rPr>
        <w:t>BUYER:</w:t>
      </w:r>
      <w:r>
        <w:t xml:space="preserve"> _____________________________________________ [Full Legal Name], residing at _____________________________________________ [Address], Driver's License #__________________.</w:t>
      </w:r>
    </w:p>
    <w:p/>
    <w:p>
      <w:r>
        <w:rPr>
          <w:b/>
          <w:sz w:val="24"/>
        </w:rPr>
        <w:t>1. DESCRIPTION OF PROPERTY</w:t>
      </w:r>
    </w:p>
    <w:p>
      <w:r>
        <w:t>Property Type:  ___ Motor Vehicle  ___ Vessel/Boat  ___ Firearm  ___ Other: __________________</w:t>
      </w:r>
    </w:p>
    <w:p>
      <w:r>
        <w:t>For Vehicles:</w:t>
      </w:r>
    </w:p>
    <w:p>
      <w:r>
        <w:t>Year: __________ Make: __________________ Model: __________________ Body Style: __________________</w:t>
      </w:r>
    </w:p>
    <w:p>
      <w:r>
        <w:t>Color: __________________ VIN: _____________________________________________</w:t>
      </w:r>
    </w:p>
    <w:p>
      <w:r>
        <w:t>Title Number: _____________________________________________ License Plate: __________________</w:t>
      </w:r>
    </w:p>
    <w:p>
      <w:r>
        <w:t>For Boats:</w:t>
      </w:r>
    </w:p>
    <w:p>
      <w:r>
        <w:t>Year: __________ Make: __________________ Model: __________________ Length: ______ ft</w:t>
      </w:r>
    </w:p>
    <w:p>
      <w:r>
        <w:t>Hull Identification Number (HIN): _____________________________________________</w:t>
      </w:r>
    </w:p>
    <w:p>
      <w:r>
        <w:t>Registration Number: __________________</w:t>
      </w:r>
    </w:p>
    <w:p>
      <w:r>
        <w:t>For Firearms:</w:t>
      </w:r>
    </w:p>
    <w:p>
      <w:r>
        <w:t>Make: __________________ Model: __________________ Caliber: __________________</w:t>
      </w:r>
    </w:p>
    <w:p>
      <w:r>
        <w:t>Serial Number: _____________________________________________</w:t>
      </w:r>
    </w:p>
    <w:p>
      <w:r>
        <w:t>For Other Property:</w:t>
      </w:r>
    </w:p>
    <w:p>
      <w:r>
        <w:t>Description: _____________________________________________________________________</w:t>
      </w:r>
    </w:p>
    <w:p>
      <w:r>
        <w:t>Condition: _____________________________________________________________________</w:t>
      </w:r>
    </w:p>
    <w:p>
      <w:r>
        <w:rPr>
          <w:b/>
          <w:sz w:val="24"/>
        </w:rPr>
        <w:t>2. ODOMETER DISCLOSURE (Vehicles Only)</w:t>
      </w:r>
    </w:p>
    <w:p>
      <w:r>
        <w:t>Federal law (49 U.S.C. §32705) requires odometer disclosure for vehicles under 20 years old.</w:t>
      </w:r>
    </w:p>
    <w:p>
      <w:r>
        <w:t>Odometer reading at time of sale: __________________ miles</w:t>
      </w:r>
    </w:p>
    <w:p>
      <w:r>
        <w:t>Check one:</w:t>
      </w:r>
    </w:p>
    <w:p>
      <w:r>
        <w:t>___ Reflects ACTUAL mileage</w:t>
      </w:r>
    </w:p>
    <w:p>
      <w:r>
        <w:t>___ Mileage EXCEEDS mechanical limits</w:t>
      </w:r>
    </w:p>
    <w:p>
      <w:r>
        <w:t>___ Mileage is NOT actual (warning — odometer discrepancy)</w:t>
      </w:r>
    </w:p>
    <w:p>
      <w:r>
        <w:rPr>
          <w:b/>
          <w:sz w:val="24"/>
        </w:rPr>
        <w:t>3. SALE PRICE</w:t>
      </w:r>
    </w:p>
    <w:p>
      <w:r>
        <w:t>Total Sale Price: $__________ ( ___________________________ Dollars)</w:t>
      </w:r>
    </w:p>
    <w:p>
      <w:r>
        <w:t>Trade-in (if any): $__________ Description: __________________</w:t>
      </w:r>
    </w:p>
    <w:p>
      <w:r>
        <w:t>Cash Payment: $__________</w:t>
      </w:r>
    </w:p>
    <w:p>
      <w:r>
        <w:t>Payment Method: ___ Cash ___ Cashier's Check #__________ ___ Electronic Transfer ___ Other: __________________</w:t>
      </w:r>
    </w:p>
    <w:p>
      <w:r>
        <w:rPr>
          <w:b/>
          <w:sz w:val="24"/>
        </w:rPr>
        <w:t>4. AS-IS CLAUSE</w:t>
      </w:r>
    </w:p>
    <w:p>
      <w:r>
        <w:t>Buyer acknowledges that Seller makes NO warranties, express or implied, regarding the condition, fitness, merchantability, or performance of the property. The property is sold "AS-IS, WHERE-IS" with all faults. Buyer has had full opportunity to inspect and accepts the property in its current condition.</w:t>
      </w:r>
    </w:p>
    <w:p>
      <w:r>
        <w:rPr>
          <w:b/>
          <w:sz w:val="24"/>
        </w:rPr>
        <w:t>5. WARRANTY OF TITLE</w:t>
      </w:r>
    </w:p>
    <w:p>
      <w:r>
        <w:t>Seller warrants that Seller is the lawful owner of the property; that the property is free of liens, encumbrances, and claims of others; and that Seller has full right and authority to convey title. Seller shall execute any further documents reasonably required to perfect title in Buyer, including assignment of certificate of title at the Ohio DMV (for vehicles and vessels).</w:t>
      </w:r>
    </w:p>
    <w:p>
      <w:r>
        <w:rPr>
          <w:b/>
          <w:sz w:val="24"/>
        </w:rPr>
        <w:t>6. TRANSFER OF OWNERSHIP</w:t>
      </w:r>
    </w:p>
    <w:p>
      <w:r>
        <w:t>Upon receipt of payment and execution of this Bill of Sale, Seller transfers all right, title, and interest in the property to Buyer. Seller releases all claims to the property.</w:t>
      </w:r>
    </w:p>
    <w:p>
      <w:r>
        <w:rPr>
          <w:b/>
          <w:sz w:val="24"/>
        </w:rPr>
        <w:t>7. RELEASE OF LIABILITY</w:t>
      </w:r>
    </w:p>
    <w:p>
      <w:r>
        <w:t>Buyer assumes full liability for the property from the date of transfer. Seller is released from liability for any subsequent operation, use, accident, or damage. Seller shall promptly file any state-required notice of transfer with the Ohio DMV (for vehicles).</w:t>
      </w:r>
    </w:p>
    <w:p>
      <w:r>
        <w:rPr>
          <w:b/>
          <w:sz w:val="24"/>
        </w:rPr>
        <w:t>8. TAXES</w:t>
      </w:r>
    </w:p>
    <w:p>
      <w:r>
        <w:t>Buyer is responsible for any applicable Ohio sales tax, use tax, and registration fees due at title transfer.</w:t>
      </w:r>
    </w:p>
    <w:p>
      <w:r>
        <w:rPr>
          <w:b/>
          <w:sz w:val="24"/>
        </w:rPr>
        <w:t>9. GOVERNING LAW</w:t>
      </w:r>
    </w:p>
    <w:p>
      <w:r>
        <w:t>This Bill of Sale shall be governed by the laws of the State of Ohio.</w:t>
      </w:r>
    </w:p>
    <w:p/>
    <w:p>
      <w:r>
        <w:rPr>
          <w:b/>
        </w:rPr>
        <w:t>SELLER:</w:t>
      </w:r>
    </w:p>
    <w:p>
      <w:r>
        <w:t>Signature: _________________________________ Date: _______________</w:t>
      </w:r>
    </w:p>
    <w:p>
      <w:r>
        <w:t>Printed Name: _____________________________________________</w:t>
      </w:r>
    </w:p>
    <w:p/>
    <w:p>
      <w:r>
        <w:rPr>
          <w:b/>
        </w:rPr>
        <w:t>BUYER:</w:t>
      </w:r>
    </w:p>
    <w:p>
      <w:r>
        <w:t>Signature: _________________________________ Date: _______________</w:t>
      </w:r>
    </w:p>
    <w:p>
      <w:r>
        <w:t>Printed Name: _____________________________________________</w:t>
      </w:r>
    </w:p>
    <w:p/>
    <w:p>
      <w:r>
        <w:rPr>
          <w:b/>
        </w:rPr>
        <w:t>NOTARY ACKNOWLEDGMENT (Recommended):</w:t>
      </w:r>
    </w:p>
    <w:p>
      <w:r>
        <w:t>State of Ohio, County of _____________________________________________</w:t>
      </w:r>
    </w:p>
    <w:p>
      <w:r>
        <w:t>Subscribed and sworn before me on this ____ day of __________________, 20____.</w:t>
      </w:r>
    </w:p>
    <w:p>
      <w:r>
        <w:t>Notary Public Signature: _________________________________</w:t>
      </w:r>
    </w:p>
    <w:p>
      <w:r>
        <w:t>My commission expires: __________________</w:t>
      </w:r>
    </w:p>
    <w:p/>
    <w:p>
      <w:r>
        <w:rPr>
          <w:i/>
        </w:rPr>
        <w:t>DISCLAIMER: This template is provided for informational purposes only and does not constitute legal advice. Consult the Ohio DMV or a licensed attorney for transactions involving liens, complex titles, or restricted property (firearms, etc.).</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