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PARTNERSHIP AGREEMENT</w:t>
      </w:r>
    </w:p>
    <w:p>
      <w:pPr>
        <w:jc w:val="both"/>
      </w:pPr>
      <w:r>
        <w:t>This Partnership Agreement is entered into on ________________ between:</w:t>
      </w:r>
    </w:p>
    <w:p/>
    <w:p>
      <w:pPr>
        <w:jc w:val="both"/>
      </w:pPr>
      <w:r>
        <w:t>PARTNER 1: _____________________________________________ at _____________________________________________.</w:t>
      </w:r>
    </w:p>
    <w:p>
      <w:pPr>
        <w:jc w:val="both"/>
      </w:pPr>
      <w:r>
        <w:t>PARTNER 2: _____________________________________________ at _____________________________________________.</w:t>
      </w:r>
    </w:p>
    <w:p>
      <w:pPr>
        <w:jc w:val="both"/>
      </w:pPr>
      <w:r>
        <w:t>PARTNER 3: _____________________________________________ at _____________________________________________.</w:t>
      </w:r>
    </w:p>
    <w:p/>
    <w:p>
      <w:r>
        <w:rPr>
          <w:b/>
          <w:sz w:val="24"/>
        </w:rPr>
        <w:t>1. PARTNERSHIP NAME AND PURPOSE</w:t>
      </w:r>
    </w:p>
    <w:p>
      <w:pPr>
        <w:jc w:val="both"/>
      </w:pPr>
      <w:r>
        <w:t>Partnership Name: _____________________________________________</w:t>
      </w:r>
    </w:p>
    <w:p>
      <w:pPr>
        <w:jc w:val="both"/>
      </w:pPr>
      <w:r>
        <w:t>Principal Place of Business: _____________________________________________</w:t>
      </w:r>
    </w:p>
    <w:p>
      <w:pPr>
        <w:jc w:val="both"/>
      </w:pPr>
      <w:r>
        <w:t>Business Purpose: _____________________________________________</w:t>
      </w:r>
    </w:p>
    <w:p>
      <w:pPr>
        <w:jc w:val="both"/>
      </w:pPr>
      <w:r>
        <w:t>Type: ___ General Partnership  ___ Limited Partnership  ___ LLP</w:t>
      </w:r>
    </w:p>
    <w:p>
      <w:r>
        <w:rPr>
          <w:b/>
          <w:sz w:val="24"/>
        </w:rPr>
        <w:t>2. CAPITAL CONTRIBUTIONS</w:t>
      </w:r>
    </w:p>
    <w:p>
      <w:pPr>
        <w:jc w:val="both"/>
      </w:pPr>
      <w:r>
        <w:t>Partner 1: $___________ ___ Cash  ___ Property  ___ Services</w:t>
      </w:r>
    </w:p>
    <w:p>
      <w:pPr>
        <w:jc w:val="both"/>
      </w:pPr>
      <w:r>
        <w:t>Partner 2: $___________ ___ Cash  ___ Property  ___ Services</w:t>
      </w:r>
    </w:p>
    <w:p>
      <w:pPr>
        <w:jc w:val="both"/>
      </w:pPr>
      <w:r>
        <w:t>Partner 3: $___________ ___ Cash  ___ Property  ___ Services</w:t>
      </w:r>
    </w:p>
    <w:p>
      <w:r>
        <w:rPr>
          <w:b/>
          <w:sz w:val="24"/>
        </w:rPr>
        <w:t>3. OWNERSHIP PERCENTAGES</w:t>
      </w:r>
    </w:p>
    <w:p>
      <w:pPr>
        <w:jc w:val="both"/>
      </w:pPr>
      <w:r>
        <w:t>Partner 1: _____%   Partner 2: _____%   Partner 3: _____%</w:t>
      </w:r>
    </w:p>
    <w:p>
      <w:r>
        <w:rPr>
          <w:b/>
          <w:sz w:val="24"/>
        </w:rPr>
        <w:t>4. PROFIT AND LOSS DISTRIBUTION</w:t>
      </w:r>
    </w:p>
    <w:p>
      <w:pPr>
        <w:jc w:val="both"/>
      </w:pPr>
      <w:r>
        <w:t>Profits and losses shall be distributed according to ownership percentages above.</w:t>
      </w:r>
    </w:p>
    <w:p>
      <w:pPr>
        <w:jc w:val="both"/>
      </w:pPr>
      <w:r>
        <w:t>Other arrangement: _____________________________________________</w:t>
      </w:r>
    </w:p>
    <w:p>
      <w:r>
        <w:rPr>
          <w:b/>
          <w:sz w:val="24"/>
        </w:rPr>
        <w:t>5. MANAGEMENT</w:t>
      </w:r>
    </w:p>
    <w:p>
      <w:pPr>
        <w:jc w:val="both"/>
      </w:pPr>
      <w:r>
        <w:t>___ All partners participate equally in management</w:t>
      </w:r>
    </w:p>
    <w:p>
      <w:pPr>
        <w:jc w:val="both"/>
      </w:pPr>
      <w:r>
        <w:t>___ Managing Partner: _____________________________________________</w:t>
      </w:r>
    </w:p>
    <w:p>
      <w:pPr>
        <w:jc w:val="both"/>
      </w:pPr>
      <w:r>
        <w:t>___ Other structure: _____________________________________________</w:t>
      </w:r>
    </w:p>
    <w:p>
      <w:r>
        <w:rPr>
          <w:b/>
          <w:sz w:val="24"/>
        </w:rPr>
        <w:t>6. VOTING</w:t>
      </w:r>
    </w:p>
    <w:p>
      <w:pPr>
        <w:jc w:val="both"/>
      </w:pPr>
      <w:r>
        <w:t>Routine decisions: ___ Majority vote  ___ Other: __________________</w:t>
      </w:r>
    </w:p>
    <w:p>
      <w:pPr>
        <w:jc w:val="both"/>
      </w:pPr>
      <w:r>
        <w:t>Major decisions (&gt;$___________): ___ Unanimous  ___ Supermajority</w:t>
      </w:r>
    </w:p>
    <w:p>
      <w:r>
        <w:rPr>
          <w:b/>
          <w:sz w:val="24"/>
        </w:rPr>
        <w:t>7. PARTNER WITHDRAWAL</w:t>
      </w:r>
    </w:p>
    <w:p>
      <w:pPr>
        <w:jc w:val="both"/>
      </w:pPr>
      <w:r>
        <w:t>A partner may withdraw with ____ days written notice. Departing partner's interest will be valued at: _____________________________________________</w:t>
      </w:r>
    </w:p>
    <w:p>
      <w:pPr>
        <w:jc w:val="both"/>
      </w:pPr>
      <w:r>
        <w:t>Remaining partners have right of first refusal to purchase the interest.</w:t>
      </w:r>
    </w:p>
    <w:p>
      <w:r>
        <w:rPr>
          <w:b/>
          <w:sz w:val="24"/>
        </w:rPr>
        <w:t>8. DEATH OR DISABILITY</w:t>
      </w:r>
    </w:p>
    <w:p>
      <w:pPr>
        <w:jc w:val="both"/>
      </w:pPr>
      <w:r>
        <w:t>Upon death or disability of a partner: _____________________________________________</w:t>
      </w:r>
    </w:p>
    <w:p>
      <w:r>
        <w:rPr>
          <w:b/>
          <w:sz w:val="24"/>
        </w:rPr>
        <w:t>9. DISPUTE RESOLUTION</w:t>
      </w:r>
    </w:p>
    <w:p>
      <w:pPr>
        <w:jc w:val="both"/>
      </w:pPr>
      <w:r>
        <w:t>Disputes shall first be addressed through mediation, then arbitration if mediation fails.</w:t>
      </w:r>
    </w:p>
    <w:p>
      <w:r>
        <w:rPr>
          <w:b/>
          <w:sz w:val="24"/>
        </w:rPr>
        <w:t>10. DISSOLUTION</w:t>
      </w:r>
    </w:p>
    <w:p>
      <w:pPr>
        <w:jc w:val="both"/>
      </w:pPr>
      <w:r>
        <w:t>Partnership dissolves upon: unanimous agreement, court order, or as required by law. Upon dissolution, assets distributed per ownership percentages after debts paid.</w:t>
      </w:r>
    </w:p>
    <w:p>
      <w:r>
        <w:rPr>
          <w:b/>
          <w:sz w:val="24"/>
        </w:rPr>
        <w:t>11. GOVERNING LAW</w:t>
      </w:r>
    </w:p>
    <w:p>
      <w:pPr>
        <w:jc w:val="both"/>
      </w:pPr>
      <w:r>
        <w:t>Governed by laws of the State of _____________________________________________.</w:t>
      </w:r>
    </w:p>
    <w:p/>
    <w:p>
      <w:pPr>
        <w:jc w:val="both"/>
      </w:pPr>
      <w:r>
        <w:t>PARTNER 1: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PARTNER 2: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PARTNER 3:</w:t>
      </w:r>
    </w:p>
    <w:p>
      <w:pPr>
        <w:jc w:val="both"/>
      </w:pPr>
      <w:r>
        <w:t>Signature: _________________________________ Date: _______________</w:t>
      </w:r>
    </w:p>
    <w:p>
      <w:pPr>
        <w:jc w:val="both"/>
      </w:pPr>
      <w:r>
        <w:t>Printed Name: _____________________________________________</w:t>
      </w:r>
    </w:p>
    <w:p/>
    <w:p>
      <w:pPr>
        <w:jc w:val="both"/>
      </w:pPr>
      <w:r>
        <w:t>DISCLAIMER: This template is for informational purposes only and does not constitute legal advice. Laws vary by state. Consult a licensed attorney before executing this agreement.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