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PROMISSORY NOTE</w:t>
      </w:r>
    </w:p>
    <w:p>
      <w:pPr>
        <w:jc w:val="both"/>
      </w:pPr>
      <w:r>
        <w:t>Date: ________________  Location: _____________________________________________</w:t>
      </w:r>
    </w:p>
    <w:p>
      <w:pPr>
        <w:jc w:val="both"/>
      </w:pPr>
      <w:r>
        <w:t>Principal Amount: $___________ ( _____________________________________________ Dollars)</w:t>
      </w:r>
    </w:p>
    <w:p/>
    <w:p>
      <w:pPr>
        <w:jc w:val="both"/>
      </w:pPr>
      <w:r>
        <w:t>BORROWER (Maker): _____________________________________________ at _____________________________________________.</w:t>
      </w:r>
    </w:p>
    <w:p>
      <w:pPr>
        <w:jc w:val="both"/>
      </w:pPr>
      <w:r>
        <w:t>LENDER (Payee): _____________________________________________ at _____________________________________________.</w:t>
      </w:r>
    </w:p>
    <w:p/>
    <w:p>
      <w:r>
        <w:rPr>
          <w:b/>
          <w:sz w:val="24"/>
        </w:rPr>
        <w:t>1. PROMISE TO PAY</w:t>
      </w:r>
    </w:p>
    <w:p>
      <w:pPr>
        <w:jc w:val="both"/>
      </w:pPr>
      <w:r>
        <w:t>FOR VALUE RECEIVED, Borrower promises to pay Lender the sum of $___________ in lawful money of the United States.</w:t>
      </w:r>
    </w:p>
    <w:p>
      <w:r>
        <w:rPr>
          <w:b/>
          <w:sz w:val="24"/>
        </w:rPr>
        <w:t>2. INTEREST</w:t>
      </w:r>
    </w:p>
    <w:p>
      <w:pPr>
        <w:jc w:val="both"/>
      </w:pPr>
      <w:r>
        <w:t>Interest accrues at the rate of ____% per annum.</w:t>
      </w:r>
    </w:p>
    <w:p>
      <w:pPr>
        <w:jc w:val="both"/>
      </w:pPr>
      <w:r>
        <w:t>Interest calculation: ___ Simple  ___ Compound (annually)</w:t>
      </w:r>
    </w:p>
    <w:p>
      <w:r>
        <w:rPr>
          <w:b/>
          <w:sz w:val="24"/>
        </w:rPr>
        <w:t>3. REPAYMENT</w:t>
      </w:r>
    </w:p>
    <w:p>
      <w:pPr>
        <w:jc w:val="both"/>
      </w:pPr>
      <w:r>
        <w:t>Repayment Schedule:</w:t>
      </w:r>
    </w:p>
    <w:p>
      <w:pPr>
        <w:jc w:val="both"/>
      </w:pPr>
      <w:r>
        <w:t>___ Lump sum due on ________________</w:t>
      </w:r>
    </w:p>
    <w:p>
      <w:pPr>
        <w:jc w:val="both"/>
      </w:pPr>
      <w:r>
        <w:t>___ Monthly installments of $___________ beginning ________________</w:t>
      </w:r>
    </w:p>
    <w:p>
      <w:pPr>
        <w:jc w:val="both"/>
      </w:pPr>
      <w:r>
        <w:t>___ Other schedule: _____________________________________________</w:t>
      </w:r>
    </w:p>
    <w:p>
      <w:pPr>
        <w:jc w:val="both"/>
      </w:pPr>
      <w:r>
        <w:t>Final Payment Date: ________________</w:t>
      </w:r>
    </w:p>
    <w:p>
      <w:r>
        <w:rPr>
          <w:b/>
          <w:sz w:val="24"/>
        </w:rPr>
        <w:t>4. PREPAYMENT</w:t>
      </w:r>
    </w:p>
    <w:p>
      <w:pPr>
        <w:jc w:val="both"/>
      </w:pPr>
      <w:r>
        <w:t>Borrower may prepay all or any part of the principal without penalty.</w:t>
      </w:r>
    </w:p>
    <w:p>
      <w:r>
        <w:rPr>
          <w:b/>
          <w:sz w:val="24"/>
        </w:rPr>
        <w:t>5. LATE FEES</w:t>
      </w:r>
    </w:p>
    <w:p>
      <w:pPr>
        <w:jc w:val="both"/>
      </w:pPr>
      <w:r>
        <w:t>Late fee of $___________ or ____% of payment (whichever is greater) for payments more than ____ days late.</w:t>
      </w:r>
    </w:p>
    <w:p>
      <w:r>
        <w:rPr>
          <w:b/>
          <w:sz w:val="24"/>
        </w:rPr>
        <w:t>6. DEFAULT</w:t>
      </w:r>
    </w:p>
    <w:p>
      <w:pPr>
        <w:jc w:val="both"/>
      </w:pPr>
      <w:r>
        <w:t>Default occurs if Borrower fails to make a payment within ____ days of due date, or breaches any provision of this Note.</w:t>
      </w:r>
    </w:p>
    <w:p>
      <w:r>
        <w:rPr>
          <w:b/>
          <w:sz w:val="24"/>
        </w:rPr>
        <w:t>7. ACCELERATION</w:t>
      </w:r>
    </w:p>
    <w:p>
      <w:pPr>
        <w:jc w:val="both"/>
      </w:pPr>
      <w:r>
        <w:t>Upon default, Lender may declare the entire unpaid balance immediately due and payable.</w:t>
      </w:r>
    </w:p>
    <w:p>
      <w:r>
        <w:rPr>
          <w:b/>
          <w:sz w:val="24"/>
        </w:rPr>
        <w:t>8. COLLATERAL (if secured)</w:t>
      </w:r>
    </w:p>
    <w:p>
      <w:pPr>
        <w:jc w:val="both"/>
      </w:pPr>
      <w:r>
        <w:t>This Note is: ___ Unsecured  ___ Secured by: _____________________________________________</w:t>
      </w:r>
    </w:p>
    <w:p>
      <w:r>
        <w:rPr>
          <w:b/>
          <w:sz w:val="24"/>
        </w:rPr>
        <w:t>9.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BORROWER: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LENDER (Optional):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NOTARIZATION (recommended):</w:t>
      </w:r>
    </w:p>
    <w:p>
      <w:pPr>
        <w:jc w:val="both"/>
      </w:pPr>
      <w:r>
        <w:t>State of __________________, County of __________________</w:t>
      </w:r>
    </w:p>
    <w:p>
      <w:pPr>
        <w:jc w:val="both"/>
      </w:pPr>
      <w:r>
        <w:t>Subscribed before me on _____ day of _____________, 20___.</w:t>
      </w:r>
    </w:p>
    <w:p>
      <w:pPr>
        <w:jc w:val="both"/>
      </w:pPr>
      <w:r>
        <w:t>Notary Signature: _________________________ Commission expires: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