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PROOF OF RESIDENCY LETTER</w:t>
      </w:r>
    </w:p>
    <w:p>
      <w:r>
        <w:t>[Date]</w:t>
      </w:r>
    </w:p>
    <w:p/>
    <w:p>
      <w:r>
        <w:t>To Whom It May Concern,</w:t>
      </w:r>
    </w:p>
    <w:p/>
    <w:p>
      <w:r>
        <w:t>My name is _____________________________________________ [Writer's Full Name], and I reside at _____________________________________________ [Writer's Address]. I am writing this letter to confirm that:</w:t>
      </w:r>
    </w:p>
    <w:p/>
    <w:p>
      <w:r>
        <w:t>_____________________________________________ [Resident Full Name], date of birth _________________, currently resides at:</w:t>
      </w:r>
    </w:p>
    <w:p/>
    <w:p>
      <w:r>
        <w:t>_____________________________________________ [Residence Address]</w:t>
      </w:r>
    </w:p>
    <w:p>
      <w:r>
        <w:t>_____________________________________________ [City, State, ZIP]</w:t>
      </w:r>
    </w:p>
    <w:p/>
    <w:p>
      <w:r>
        <w:t>The Resident has lived at this address since _________________ [Move-in Date].</w:t>
      </w:r>
    </w:p>
    <w:p/>
    <w:p>
      <w:r>
        <w:t>My relationship to the Resident is: ___ Landlord ___ Property Manager ___ Homeowner (Resident lives in my home) ___ Parent / Guardian ___ Employer ___ Other: __________________</w:t>
      </w:r>
    </w:p>
    <w:p/>
    <w:p>
      <w:r>
        <w:t>My personal knowledge of the Resident's residency at this address is based on: _____________________________________________________________________ [E.g., "the lease I executed with the Resident on [date]," "my daily observation of the Resident at the address," "the Resident is my child and lives in my home"].</w:t>
      </w:r>
    </w:p>
    <w:p/>
    <w:p>
      <w:r>
        <w:t>I have attached the following supporting documents (check all attached):</w:t>
      </w:r>
    </w:p>
    <w:p>
      <w:r>
        <w:t>___ Copy of lease agreement</w:t>
      </w:r>
    </w:p>
    <w:p>
      <w:r>
        <w:t>___ Copy of mortgage statement / deed</w:t>
      </w:r>
    </w:p>
    <w:p>
      <w:r>
        <w:t>___ Copy of recent utility bill in writer's name</w:t>
      </w:r>
    </w:p>
    <w:p>
      <w:r>
        <w:t>___ Copy of property tax statement</w:t>
      </w:r>
    </w:p>
    <w:p>
      <w:r>
        <w:t>___ Copy of writer's government-issued ID</w:t>
      </w:r>
    </w:p>
    <w:p>
      <w:r>
        <w:t>___ Other: _____________________________________________________________________</w:t>
      </w:r>
    </w:p>
    <w:p/>
    <w:p>
      <w:r>
        <w:t>If you have any questions about this letter or need to verify the information provided, please contact me at _________________ [Phone] or _________________ [Email].</w:t>
      </w:r>
    </w:p>
    <w:p/>
    <w:p>
      <w:r>
        <w:t>I declare under penalty of perjury under the laws of the State of _____________________________________________ that the foregoing is true and correct to the best of my knowledge.</w:t>
      </w:r>
    </w:p>
    <w:p/>
    <w:p>
      <w:r>
        <w:t>Sincerely,</w:t>
      </w:r>
    </w:p>
    <w:p/>
    <w:p>
      <w:r>
        <w:t>_________________________________</w:t>
      </w:r>
    </w:p>
    <w:p>
      <w:r>
        <w:t>[Writer Signature]</w:t>
      </w:r>
    </w:p>
    <w:p>
      <w:r>
        <w:t>[Writer Printed Name]</w:t>
      </w:r>
    </w:p>
    <w:p>
      <w:r>
        <w:t>[Writer Address]</w:t>
      </w:r>
    </w:p>
    <w:p>
      <w:r>
        <w:t>[Writer Phone] | [Writer Email]</w:t>
      </w:r>
    </w:p>
    <w:p/>
    <w:p>
      <w:r>
        <w:rPr>
          <w:b/>
          <w:sz w:val="24"/>
        </w:rPr>
        <w:t>NOTARY ACKNOWLEDGMENT</w:t>
      </w:r>
    </w:p>
    <w:p>
      <w:r>
        <w:t>State of _____________________________________________</w:t>
      </w:r>
    </w:p>
    <w:p>
      <w:r>
        <w:t>County of _____________________________________________</w:t>
      </w:r>
    </w:p>
    <w:p/>
    <w:p>
      <w:r>
        <w:t>Subscribed and sworn to (or affirmed) before me on this _____ day of _____________________, 20____, by _____________________________________________ [Writer Name], proved to me on the basis of satisfactory evidence to be the person who signed this letter in my presence.</w:t>
      </w:r>
    </w:p>
    <w:p/>
    <w:p>
      <w:r>
        <w:t>Notary Public Signature: _________________________________</w:t>
      </w:r>
    </w:p>
    <w:p>
      <w:r>
        <w:t>My commission expires: _________________</w:t>
      </w:r>
    </w:p>
    <w:p>
      <w:r>
        <w:t>Notary Seal:</w:t>
      </w:r>
    </w:p>
    <w:p/>
    <w:p>
      <w:r>
        <w:rPr>
          <w:i/>
        </w:rPr>
        <w:t>DISCLAIMER: This template is provided for informational purposes only and does not constitute legal advice. Misrepresenting residency for school enrollment, voter registration, or government benefits is a crime in every U.S. state.</w:t>
      </w:r>
    </w:p>
    <w:sectPr w:rsidR="00FC693F" w:rsidRPr="0006063C" w:rsidSect="00034616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