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sz w:val="32"/>
        </w:rPr>
        <w:t>QUIT CLAIM DEED</w:t>
      </w:r>
    </w:p>
    <w:p>
      <w:pPr>
        <w:jc w:val="both"/>
      </w:pPr>
      <w:r>
        <w:t>Prepared by: _____________________________________________  Date: ________________</w:t>
      </w:r>
    </w:p>
    <w:p>
      <w:pPr>
        <w:jc w:val="both"/>
      </w:pPr>
      <w:r>
        <w:t>Return recorded deed to: _____________________________________________</w:t>
      </w:r>
    </w:p>
    <w:p/>
    <w:p>
      <w:pPr>
        <w:jc w:val="both"/>
      </w:pPr>
      <w:r>
        <w:t>THIS QUIT CLAIM DEED, made this _____ day of _____________, 20___, between:</w:t>
      </w:r>
    </w:p>
    <w:p/>
    <w:p>
      <w:pPr>
        <w:jc w:val="both"/>
      </w:pPr>
      <w:r>
        <w:t>GRANTOR: _____________________________________________ (marital status: __________________), residing at _____________________________________________.</w:t>
      </w:r>
    </w:p>
    <w:p>
      <w:pPr>
        <w:jc w:val="both"/>
      </w:pPr>
      <w:r>
        <w:t>GRANTEE: _____________________________________________, residing at _____________________________________________.</w:t>
      </w:r>
    </w:p>
    <w:p/>
    <w:p>
      <w:r>
        <w:rPr>
          <w:b/>
          <w:sz w:val="24"/>
        </w:rPr>
        <w:t>CONSIDERATION</w:t>
      </w:r>
    </w:p>
    <w:p>
      <w:pPr>
        <w:jc w:val="both"/>
      </w:pPr>
      <w:r>
        <w:t>For valuable consideration of $___________ ( _____________________________________________ Dollars), receipt of which is hereby acknowledged.</w:t>
      </w:r>
    </w:p>
    <w:p>
      <w:r>
        <w:rPr>
          <w:b/>
          <w:sz w:val="24"/>
        </w:rPr>
        <w:t>CONVEYANCE</w:t>
      </w:r>
    </w:p>
    <w:p>
      <w:pPr>
        <w:jc w:val="both"/>
      </w:pPr>
      <w:r>
        <w:t>Grantor does hereby REMISE, RELEASE, AND QUIT CLAIM unto Grantee, and to Grantee's heirs and assigns forever, all of Grantor's right, title, interest, claim, or demand in and to the following described real property:</w:t>
      </w:r>
    </w:p>
    <w:p/>
    <w:p>
      <w:r>
        <w:rPr>
          <w:b/>
          <w:sz w:val="24"/>
        </w:rPr>
        <w:t>LEGAL DESCRIPTION</w:t>
      </w:r>
    </w:p>
    <w:p>
      <w:pPr>
        <w:jc w:val="both"/>
      </w:pPr>
      <w:r>
        <w:t>_____________________________________________</w:t>
      </w:r>
    </w:p>
    <w:p>
      <w:pPr>
        <w:jc w:val="both"/>
      </w:pPr>
      <w:r>
        <w:t>_____________________________________________</w:t>
      </w:r>
    </w:p>
    <w:p>
      <w:pPr>
        <w:jc w:val="both"/>
      </w:pPr>
      <w:r>
        <w:t>_____________________________________________</w:t>
      </w:r>
    </w:p>
    <w:p>
      <w:pPr>
        <w:jc w:val="both"/>
      </w:pPr>
      <w:r>
        <w:t>Property Address: _____________________________________________</w:t>
      </w:r>
    </w:p>
    <w:p>
      <w:pPr>
        <w:jc w:val="both"/>
      </w:pPr>
      <w:r>
        <w:t>Tax Parcel ID Number: _____________________________________________</w:t>
      </w:r>
    </w:p>
    <w:p>
      <w:pPr>
        <w:jc w:val="both"/>
      </w:pPr>
      <w:r>
        <w:t>County of: _____________________________________________  State of: _____________________________________________</w:t>
      </w:r>
    </w:p>
    <w:p/>
    <w:p>
      <w:r>
        <w:rPr>
          <w:b/>
          <w:sz w:val="24"/>
        </w:rPr>
        <w:t>NO WARRANTIES</w:t>
      </w:r>
    </w:p>
    <w:p>
      <w:pPr>
        <w:jc w:val="both"/>
      </w:pPr>
      <w:r>
        <w:t>THIS QUIT CLAIM DEED TRANSFERS WHATEVER INTEREST GRANTOR MAY HAVE WITHOUT ANY WARRANTIES OF TITLE. Grantor makes no representation about the quality of title.</w:t>
      </w:r>
    </w:p>
    <w:p>
      <w:r>
        <w:rPr>
          <w:b/>
          <w:sz w:val="24"/>
        </w:rPr>
        <w:t>TO HAVE AND TO HOLD</w:t>
      </w:r>
    </w:p>
    <w:p>
      <w:pPr>
        <w:jc w:val="both"/>
      </w:pPr>
      <w:r>
        <w:t>The same, together with all and singular the appurtenances thereunto belonging or in anywise appertaining, unto Grantee, and to Grantee's heirs and assigns forever.</w:t>
      </w:r>
    </w:p>
    <w:p/>
    <w:p>
      <w:pPr>
        <w:jc w:val="both"/>
      </w:pPr>
      <w:r>
        <w:t>IN WITNESS WHEREOF, the Grantor has executed this Quit Claim Deed on the date first above written.</w:t>
      </w:r>
    </w:p>
    <w:p/>
    <w:p>
      <w:pPr>
        <w:jc w:val="both"/>
      </w:pPr>
      <w:r>
        <w:t>GRANTOR SIGNATURE:</w:t>
      </w:r>
    </w:p>
    <w:p>
      <w:pPr>
        <w:jc w:val="both"/>
      </w:pPr>
      <w:r>
        <w:t>Signature: _________________________________ Date: _______________</w:t>
      </w:r>
    </w:p>
    <w:p>
      <w:pPr>
        <w:jc w:val="both"/>
      </w:pPr>
      <w:r>
        <w:t>Printed Name: _____________________________________________</w:t>
      </w:r>
    </w:p>
    <w:p/>
    <w:p>
      <w:pPr>
        <w:jc w:val="both"/>
      </w:pPr>
      <w:r>
        <w:t>NOTARY ACKNOWLEDGMENT (REQUIRED)</w:t>
      </w:r>
    </w:p>
    <w:p>
      <w:pPr>
        <w:jc w:val="both"/>
      </w:pPr>
      <w:r>
        <w:t>State of __________________, County of __________________</w:t>
      </w:r>
    </w:p>
    <w:p>
      <w:pPr>
        <w:jc w:val="both"/>
      </w:pPr>
      <w:r>
        <w:t>On this _____ day of _____________, 20___, before me personally appeared _____________________________________________, known to me (or proved to me) to be the person whose name is subscribed to this instrument, and acknowledged that they executed the same.</w:t>
      </w:r>
    </w:p>
    <w:p>
      <w:pPr>
        <w:jc w:val="both"/>
      </w:pPr>
      <w:r>
        <w:t>Notary Public Signature: _________________________  Commission expires: _______________</w:t>
      </w:r>
    </w:p>
    <w:p>
      <w:pPr>
        <w:jc w:val="both"/>
      </w:pPr>
      <w:r>
        <w:t>(SEAL)</w:t>
      </w:r>
    </w:p>
    <w:p/>
    <w:p>
      <w:pPr>
        <w:jc w:val="both"/>
      </w:pPr>
      <w:r>
        <w:t>DISCLAIMER: This template is for informational purposes only and does not constitute legal advice. Laws vary by state. Consult a licensed attorney before executing this agreement.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