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QUOTE / ESTIMATE</w:t>
      </w:r>
    </w:p>
    <w:p>
      <w:pPr>
        <w:jc w:val="both"/>
      </w:pPr>
      <w:r>
        <w:t>Quote Number: ____________  Issue Date: ____________  Expires: ____________</w:t>
      </w:r>
    </w:p>
    <w:p/>
    <w:p>
      <w:r>
        <w:rPr>
          <w:b/>
          <w:sz w:val="24"/>
        </w:rPr>
        <w:t>FROM</w:t>
      </w:r>
    </w:p>
    <w:p>
      <w:pPr>
        <w:jc w:val="both"/>
      </w:pPr>
      <w:r>
        <w:t>Business Name: _____________________________________________</w:t>
      </w:r>
    </w:p>
    <w:p>
      <w:pPr>
        <w:jc w:val="both"/>
      </w:pPr>
      <w:r>
        <w:t>Address: _____________________________________________</w:t>
      </w:r>
    </w:p>
    <w:p>
      <w:pPr>
        <w:jc w:val="both"/>
      </w:pPr>
      <w:r>
        <w:t>Phone: __________________  Email: __________________</w:t>
      </w:r>
    </w:p>
    <w:p>
      <w:r>
        <w:rPr>
          <w:b/>
          <w:sz w:val="24"/>
        </w:rPr>
        <w:t>TO</w:t>
      </w:r>
    </w:p>
    <w:p>
      <w:pPr>
        <w:jc w:val="both"/>
      </w:pPr>
      <w:r>
        <w:t>Client Name: _____________________________________________</w:t>
      </w:r>
    </w:p>
    <w:p>
      <w:pPr>
        <w:jc w:val="both"/>
      </w:pPr>
      <w:r>
        <w:t>Address: _____________________________________________</w:t>
      </w:r>
    </w:p>
    <w:p>
      <w:pPr>
        <w:jc w:val="both"/>
      </w:pPr>
      <w:r>
        <w:t>Phone: __________________  Email: __________________</w:t>
      </w:r>
    </w:p>
    <w:p>
      <w:r>
        <w:rPr>
          <w:b/>
          <w:sz w:val="24"/>
        </w:rPr>
        <w:t>PROJECT DESCRIPTION</w:t>
      </w:r>
    </w:p>
    <w:p>
      <w:pPr>
        <w:jc w:val="both"/>
      </w:pPr>
      <w:r>
        <w:t>_____________________________________________</w:t>
      </w:r>
    </w:p>
    <w:p>
      <w:r>
        <w:rPr>
          <w:b/>
          <w:sz w:val="24"/>
        </w:rPr>
        <w:t>ITEMIZED ESTIMATE</w:t>
      </w:r>
    </w:p>
    <w:p>
      <w:pPr>
        <w:jc w:val="both"/>
      </w:pPr>
      <w:r>
        <w:t>| Description | Qty | Unit Price | Total |</w:t>
      </w:r>
    </w:p>
    <w:p>
      <w:pPr>
        <w:jc w:val="both"/>
      </w:pPr>
      <w:r>
        <w:t>| ____________________________ | ____ | $______ | $______ |</w:t>
      </w:r>
    </w:p>
    <w:p>
      <w:pPr>
        <w:jc w:val="both"/>
      </w:pPr>
      <w:r>
        <w:t>| ____________________________ | ____ | $______ | $______ |</w:t>
      </w:r>
    </w:p>
    <w:p>
      <w:pPr>
        <w:jc w:val="both"/>
      </w:pPr>
      <w:r>
        <w:t>| ____________________________ | ____ | $______ | $______ |</w:t>
      </w:r>
    </w:p>
    <w:p>
      <w:pPr>
        <w:jc w:val="both"/>
      </w:pPr>
      <w:r>
        <w:t>| ____________________________ | ____ | $______ | $______ |</w:t>
      </w:r>
    </w:p>
    <w:p>
      <w:pPr>
        <w:jc w:val="both"/>
      </w:pPr>
      <w:r>
        <w:t>| ____________________________ | ____ | $______ | $______ |</w:t>
      </w:r>
    </w:p>
    <w:p/>
    <w:p>
      <w:pPr>
        <w:jc w:val="both"/>
      </w:pPr>
      <w:r>
        <w:t>Subtotal: $___________</w:t>
      </w:r>
    </w:p>
    <w:p>
      <w:pPr>
        <w:jc w:val="both"/>
      </w:pPr>
      <w:r>
        <w:t>Tax (___%): $___________</w:t>
      </w:r>
    </w:p>
    <w:p>
      <w:pPr>
        <w:jc w:val="both"/>
      </w:pPr>
      <w:r>
        <w:t>Discount: $___________</w:t>
      </w:r>
    </w:p>
    <w:p>
      <w:pPr>
        <w:jc w:val="both"/>
      </w:pPr>
      <w:r>
        <w:t>TOTAL: $___________</w:t>
      </w:r>
    </w:p>
    <w:p>
      <w:r>
        <w:rPr>
          <w:b/>
          <w:sz w:val="24"/>
        </w:rPr>
        <w:t>PAYMENT TERMS</w:t>
      </w:r>
    </w:p>
    <w:p>
      <w:pPr>
        <w:jc w:val="both"/>
      </w:pPr>
      <w:r>
        <w:t>Deposit Required: ___% upfront ($___________)</w:t>
      </w:r>
    </w:p>
    <w:p>
      <w:pPr>
        <w:jc w:val="both"/>
      </w:pPr>
      <w:r>
        <w:t>Payment Schedule: _____________________________________________</w:t>
      </w:r>
    </w:p>
    <w:p>
      <w:pPr>
        <w:jc w:val="both"/>
      </w:pPr>
      <w:r>
        <w:t>Payment Methods: _____________________________________________</w:t>
      </w:r>
    </w:p>
    <w:p>
      <w:pPr>
        <w:jc w:val="both"/>
      </w:pPr>
      <w:r>
        <w:t>Late Fee: ____% per month</w:t>
      </w:r>
    </w:p>
    <w:p>
      <w:r>
        <w:rPr>
          <w:b/>
          <w:sz w:val="24"/>
        </w:rPr>
        <w:t>TIMELINE</w:t>
      </w:r>
    </w:p>
    <w:p>
      <w:pPr>
        <w:jc w:val="both"/>
      </w:pPr>
      <w:r>
        <w:t>Start Date: ________________  Estimated Completion: ________________</w:t>
      </w:r>
    </w:p>
    <w:p>
      <w:pPr>
        <w:jc w:val="both"/>
      </w:pPr>
      <w:r>
        <w:t>Milestones: _____________________________________________</w:t>
      </w:r>
    </w:p>
    <w:p>
      <w:r>
        <w:rPr>
          <w:b/>
          <w:sz w:val="24"/>
        </w:rPr>
        <w:t>SCOPE EXCLUSIONS</w:t>
      </w:r>
    </w:p>
    <w:p>
      <w:pPr>
        <w:jc w:val="both"/>
      </w:pPr>
      <w:r>
        <w:t>The following are NOT included in this quote: _____________________________________________</w:t>
      </w:r>
    </w:p>
    <w:p>
      <w:r>
        <w:rPr>
          <w:b/>
          <w:sz w:val="24"/>
        </w:rPr>
        <w:t>TERMS AND CONDITIONS</w:t>
      </w:r>
    </w:p>
    <w:p>
      <w:pPr>
        <w:jc w:val="both"/>
      </w:pPr>
      <w:r>
        <w:t>This quote is valid until the expiration date. Acceptance constitutes a binding agreement subject to standard service terms. Changes to scope require written change orders.</w:t>
      </w:r>
    </w:p>
    <w:p/>
    <w:p>
      <w:pPr>
        <w:jc w:val="both"/>
      </w:pPr>
      <w:r>
        <w:t>ACCEPTANCE</w:t>
      </w:r>
    </w:p>
    <w:p>
      <w:pPr>
        <w:jc w:val="both"/>
      </w:pPr>
      <w:r>
        <w:t>I accept the terms of this quote and authorize work to begin.</w:t>
      </w:r>
    </w:p>
    <w:p>
      <w:pPr>
        <w:jc w:val="both"/>
      </w:pPr>
      <w:r>
        <w:t>Client 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