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RECEIPT</w:t>
      </w:r>
    </w:p>
    <w:p>
      <w:pPr>
        <w:jc w:val="both"/>
      </w:pPr>
      <w:r>
        <w:t>Receipt Number: ____________  Date: ____________</w:t>
      </w:r>
    </w:p>
    <w:p/>
    <w:p>
      <w:r>
        <w:rPr>
          <w:b/>
          <w:sz w:val="24"/>
        </w:rPr>
        <w:t>FROM (SELLER)</w:t>
      </w:r>
    </w:p>
    <w:p>
      <w:pPr>
        <w:jc w:val="both"/>
      </w:pPr>
      <w:r>
        <w:t>Business Name: _____________________________________________</w:t>
      </w:r>
    </w:p>
    <w:p>
      <w:pPr>
        <w:jc w:val="both"/>
      </w:pPr>
      <w:r>
        <w:t>Address: _____________________________________________</w:t>
      </w:r>
    </w:p>
    <w:p>
      <w:pPr>
        <w:jc w:val="both"/>
      </w:pPr>
      <w:r>
        <w:t>Phone: __________________  Email: __________________  Tax ID: __________________</w:t>
      </w:r>
    </w:p>
    <w:p>
      <w:r>
        <w:rPr>
          <w:b/>
          <w:sz w:val="24"/>
        </w:rPr>
        <w:t>TO (BUYER)</w:t>
      </w:r>
    </w:p>
    <w:p>
      <w:pPr>
        <w:jc w:val="both"/>
      </w:pPr>
      <w:r>
        <w:t>Name: _____________________________________________</w:t>
      </w:r>
    </w:p>
    <w:p>
      <w:pPr>
        <w:jc w:val="both"/>
      </w:pPr>
      <w:r>
        <w:t>Address (optional): _____________________________________________</w:t>
      </w:r>
    </w:p>
    <w:p>
      <w:r>
        <w:rPr>
          <w:b/>
          <w:sz w:val="24"/>
        </w:rPr>
        <w:t>ITEMS / SERVICES</w:t>
      </w:r>
    </w:p>
    <w:p>
      <w:pPr>
        <w:jc w:val="both"/>
      </w:pPr>
      <w:r>
        <w:t>| Description | Qty | Unit Price | Total |</w:t>
      </w:r>
    </w:p>
    <w:p>
      <w:pPr>
        <w:jc w:val="both"/>
      </w:pPr>
      <w:r>
        <w:t>| ____________________________ | ____ | $______ | $______ |</w:t>
      </w:r>
    </w:p>
    <w:p>
      <w:pPr>
        <w:jc w:val="both"/>
      </w:pPr>
      <w:r>
        <w:t>| ____________________________ | ____ | $______ | $______ |</w:t>
      </w:r>
    </w:p>
    <w:p>
      <w:pPr>
        <w:jc w:val="both"/>
      </w:pPr>
      <w:r>
        <w:t>| ____________________________ | ____ | $______ | $______ |</w:t>
      </w:r>
    </w:p>
    <w:p>
      <w:pPr>
        <w:jc w:val="both"/>
      </w:pPr>
      <w:r>
        <w:t>| ____________________________ | ____ | $______ | $______ |</w:t>
      </w:r>
    </w:p>
    <w:p/>
    <w:p>
      <w:pPr>
        <w:jc w:val="both"/>
      </w:pPr>
      <w:r>
        <w:t>Subtotal: $___________</w:t>
      </w:r>
    </w:p>
    <w:p>
      <w:pPr>
        <w:jc w:val="both"/>
      </w:pPr>
      <w:r>
        <w:t>Tax (___%): $___________</w:t>
      </w:r>
    </w:p>
    <w:p>
      <w:pPr>
        <w:jc w:val="both"/>
      </w:pPr>
      <w:r>
        <w:t>Discount: $___________</w:t>
      </w:r>
    </w:p>
    <w:p>
      <w:pPr>
        <w:jc w:val="both"/>
      </w:pPr>
      <w:r>
        <w:t>TOTAL PAID: $___________</w:t>
      </w:r>
    </w:p>
    <w:p>
      <w:r>
        <w:rPr>
          <w:b/>
          <w:sz w:val="24"/>
        </w:rPr>
        <w:t>PAYMENT</w:t>
      </w:r>
    </w:p>
    <w:p>
      <w:pPr>
        <w:jc w:val="both"/>
      </w:pPr>
      <w:r>
        <w:t>Payment Method: ___ Cash  ___ Check #__________  ___ Credit Card  ___ Other</w:t>
      </w:r>
    </w:p>
    <w:p>
      <w:pPr>
        <w:jc w:val="both"/>
      </w:pPr>
      <w:r>
        <w:t>Status: ___ PAID IN FULL  ___ Partial Payment</w:t>
      </w:r>
    </w:p>
    <w:p>
      <w:pPr>
        <w:jc w:val="both"/>
      </w:pPr>
      <w:r>
        <w:t>Balance Remaining: $___________</w:t>
      </w:r>
    </w:p>
    <w:p>
      <w:r>
        <w:rPr>
          <w:b/>
          <w:sz w:val="24"/>
        </w:rPr>
        <w:t>RETURN POLICY</w:t>
      </w:r>
    </w:p>
    <w:p>
      <w:pPr>
        <w:jc w:val="both"/>
      </w:pPr>
      <w:r>
        <w:t>_____________________________________________</w:t>
      </w:r>
    </w:p>
    <w:p>
      <w:r>
        <w:rPr>
          <w:b/>
          <w:sz w:val="24"/>
        </w:rPr>
        <w:t>AUTHORIZED SIGNATURE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Thank you for your business.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