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28"/>
        </w:rPr>
        <w:t>REFERENCE LETTER</w:t>
      </w:r>
    </w:p>
    <w:p>
      <w:r>
        <w:t>[Writer Name]</w:t>
      </w:r>
    </w:p>
    <w:p>
      <w:r>
        <w:t>[Writer Title]</w:t>
      </w:r>
    </w:p>
    <w:p>
      <w:r>
        <w:t>[Writer Organization]</w:t>
      </w:r>
    </w:p>
    <w:p>
      <w:r>
        <w:t>[Writer Address]</w:t>
      </w:r>
    </w:p>
    <w:p>
      <w:r>
        <w:t>[Writer Phone] | [Writer Email]</w:t>
      </w:r>
    </w:p>
    <w:p/>
    <w:p>
      <w:r>
        <w:t>[Date]</w:t>
      </w:r>
    </w:p>
    <w:p/>
    <w:p>
      <w:r>
        <w:t>[Recipient Name OR "To Whom It May Concern"]</w:t>
      </w:r>
    </w:p>
    <w:p>
      <w:r>
        <w:t>[Recipient Organization]</w:t>
      </w:r>
    </w:p>
    <w:p>
      <w:r>
        <w:t>[Recipient Address]</w:t>
      </w:r>
    </w:p>
    <w:p/>
    <w:p>
      <w:r>
        <w:t>Dear [Recipient Name / "To Whom It May Concern"]:</w:t>
      </w:r>
    </w:p>
    <w:p/>
    <w:p>
      <w:r>
        <w:t>I am writing to provide a reference for [Subject Full Name]. I have known [Subject] for [duration — e.g., "five years"] in my capacity as [their supervisor / landlord / professor / colleague] at [Organization / Property]. I am pleased to recommend them for [the position / rental / opportunity] under consideration.</w:t>
      </w:r>
    </w:p>
    <w:p/>
    <w:p>
      <w:r>
        <w:t>During [our working relationship / their tenancy / their studies], [Subject] consistently demonstrated [primary quality]. For example, [specific example illustrating that quality — concrete details, dates where possible, outcomes].</w:t>
      </w:r>
    </w:p>
    <w:p/>
    <w:p>
      <w:r>
        <w:t>Beyond their [primary quality], [Subject] is [secondary quality]. [Specific example of secondary quality, ideally a different context that shows breadth of strength.]</w:t>
      </w:r>
    </w:p>
    <w:p/>
    <w:p>
      <w:r>
        <w:t>[Optional third paragraph: third specific quality with example.]</w:t>
      </w:r>
    </w:p>
    <w:p/>
    <w:p>
      <w:r>
        <w:t>In summary, [Subject] is [overall assessment]. I would [hire / rent to / endorse] [them / her / him] again without hesitation, and I am confident [they / she / he] will [excel in / be an excellent fit for] [target opportunity].</w:t>
      </w:r>
    </w:p>
    <w:p/>
    <w:p>
      <w:r>
        <w:t>Please feel free to contact me at [phone] or [email] if you would like to discuss [Subject]'s qualifications further.</w:t>
      </w:r>
    </w:p>
    <w:p/>
    <w:p>
      <w:r>
        <w:t>Sincerely,</w:t>
      </w:r>
    </w:p>
    <w:p/>
    <w:p>
      <w:r>
        <w:t>_________________________________</w:t>
      </w:r>
    </w:p>
    <w:p>
      <w:r>
        <w:t>[Writer Signature]</w:t>
      </w:r>
    </w:p>
    <w:p>
      <w:r>
        <w:t>[Writer Printed Name]</w:t>
      </w:r>
    </w:p>
    <w:p>
      <w:r>
        <w:t>[Writer Title]</w:t>
      </w:r>
    </w:p>
    <w:p>
      <w:r>
        <w:t>[Writer Organization]</w:t>
      </w:r>
    </w:p>
    <w:p/>
    <w:p>
      <w:r>
        <w:rPr>
          <w:b/>
        </w:rPr>
        <w:t>RENTAL REFERENCE VERSION — INSERT:</w:t>
      </w:r>
    </w:p>
    <w:p>
      <w:r>
        <w:t>[Subject] rented [Unit Address] from me from [Start Date] to [End Date]. Monthly rent was $______. Payment was [always on time / paid on time except for [number] occasions]. The unit was [returned in clean, undamaged condition] at move-out. I [would / would not] rent to [Subject] again.</w:t>
      </w:r>
    </w:p>
    <w:p/>
    <w:p>
      <w:r>
        <w:rPr>
          <w:b/>
        </w:rPr>
        <w:t>EMPLOYMENT REFERENCE VERSION — INSERT:</w:t>
      </w:r>
    </w:p>
    <w:p>
      <w:r>
        <w:t>[Subject] was employed at [Company] from [Start Date] to [End Date] in the position of [Title]. They reported to me directly. Their primary responsibilities included [responsibilities]. Their performance was [overall assessment]. Reason for leaving: [reason]. I would [highly recommend / recommend] [Subject] for similar positions.</w:t>
      </w:r>
    </w:p>
    <w:p/>
    <w:p>
      <w:r>
        <w:rPr>
          <w:i/>
        </w:rPr>
        <w:t>DISCLAIMER: This template is provided for informational purposes only and does not constitute legal advice. Materially false statements in reference letters may expose the writer to defamation claims.</w:t>
      </w:r>
    </w:p>
    <w:sectPr w:rsidR="00FC693F" w:rsidRPr="0006063C" w:rsidSect="00034616">
      <w:pgSz w:w="12240" w:h="15840"/>
      <w:pgMar w:top="1080" w:right="1080" w:bottom="108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