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RENT RECEIPT</w:t>
      </w:r>
    </w:p>
    <w:p>
      <w:r>
        <w:t>Receipt No.: _________________   Date Received: _________________</w:t>
      </w:r>
    </w:p>
    <w:p/>
    <w:p>
      <w:r>
        <w:rPr>
          <w:b/>
        </w:rPr>
        <w:t>RECEIVED FROM:</w:t>
      </w:r>
    </w:p>
    <w:p>
      <w:r>
        <w:t>Tenant Name: _____________________________________________________________________</w:t>
      </w:r>
    </w:p>
    <w:p>
      <w:r>
        <w:t>Tenant Phone: _________________   Email: _________________</w:t>
      </w:r>
    </w:p>
    <w:p/>
    <w:p>
      <w:r>
        <w:rPr>
          <w:b/>
        </w:rPr>
        <w:t>FOR PREMISES AT:</w:t>
      </w:r>
    </w:p>
    <w:p>
      <w:r>
        <w:t>_____________________________________________________________________ [Property Address]</w:t>
      </w:r>
    </w:p>
    <w:p>
      <w:r>
        <w:t>Unit / Apartment #: _________________</w:t>
      </w:r>
    </w:p>
    <w:p/>
    <w:p>
      <w:r>
        <w:rPr>
          <w:b/>
        </w:rPr>
        <w:t>AMOUNT RECEIVED:</w:t>
      </w:r>
    </w:p>
    <w:p>
      <w:r>
        <w:t>Numeric: $_________________</w:t>
      </w:r>
    </w:p>
    <w:p>
      <w:r>
        <w:t>Written: _____________________________________________________________________ Dollars</w:t>
      </w:r>
    </w:p>
    <w:p/>
    <w:p>
      <w:r>
        <w:rPr>
          <w:b/>
        </w:rPr>
        <w:t>FOR RENTAL PERIOD:</w:t>
      </w:r>
    </w:p>
    <w:p>
      <w:r>
        <w:t>From _________________ To _________________</w:t>
      </w:r>
    </w:p>
    <w:p/>
    <w:p>
      <w:r>
        <w:rPr>
          <w:b/>
        </w:rPr>
        <w:t>PAYMENT METHOD:</w:t>
      </w:r>
    </w:p>
    <w:p>
      <w:r>
        <w:t>___ Cash</w:t>
      </w:r>
    </w:p>
    <w:p>
      <w:r>
        <w:t>___ Check #_________________ Bank: _________________</w:t>
      </w:r>
    </w:p>
    <w:p>
      <w:r>
        <w:t>___ Money Order #_________________</w:t>
      </w:r>
    </w:p>
    <w:p>
      <w:r>
        <w:t>___ Electronic Transfer / ACH</w:t>
      </w:r>
    </w:p>
    <w:p>
      <w:r>
        <w:t>___ Credit / Debit Card</w:t>
      </w:r>
    </w:p>
    <w:p>
      <w:r>
        <w:t>___ Other: _____________________________________________</w:t>
      </w:r>
    </w:p>
    <w:p/>
    <w:p>
      <w:r>
        <w:rPr>
          <w:b/>
        </w:rPr>
        <w:t>APPLIED TO:</w:t>
      </w:r>
    </w:p>
    <w:p>
      <w:r>
        <w:t>Rent: $_________________</w:t>
      </w:r>
    </w:p>
    <w:p>
      <w:r>
        <w:t>Late Fee: $_________________</w:t>
      </w:r>
    </w:p>
    <w:p>
      <w:r>
        <w:t>Other Charges: $_________________ ( _____________________________________________ )</w:t>
      </w:r>
    </w:p>
    <w:p>
      <w:r>
        <w:rPr>
          <w:b/>
        </w:rPr>
        <w:t>TOTAL RECEIVED:</w:t>
      </w:r>
      <w:r>
        <w:t xml:space="preserve"> $_________________</w:t>
      </w:r>
    </w:p>
    <w:p/>
    <w:p>
      <w:r>
        <w:rPr>
          <w:b/>
        </w:rPr>
        <w:t>BALANCE INFORMATION:</w:t>
      </w:r>
    </w:p>
    <w:p>
      <w:r>
        <w:t>Previous Balance: $_________________</w:t>
      </w:r>
    </w:p>
    <w:p>
      <w:r>
        <w:t>Total Payment Received: $_________________</w:t>
      </w:r>
    </w:p>
    <w:p>
      <w:r>
        <w:t>New Balance: $_________________</w:t>
      </w:r>
    </w:p>
    <w:p/>
    <w:p>
      <w:r>
        <w:rPr>
          <w:b/>
        </w:rPr>
        <w:t>LANDLORD / PROPERTY MANAGER:</w:t>
      </w:r>
    </w:p>
    <w:p>
      <w:r>
        <w:t>Name: _____________________________________________________________________</w:t>
      </w:r>
    </w:p>
    <w:p>
      <w:r>
        <w:t>Address: _____________________________________________________________________</w:t>
      </w:r>
    </w:p>
    <w:p>
      <w:r>
        <w:t>Phone: _________________ Email: _________________</w:t>
      </w:r>
    </w:p>
    <w:p>
      <w:r>
        <w:t>Signature: _________________________________ Date: _______________</w:t>
      </w:r>
    </w:p>
    <w:p/>
    <w:p>
      <w:r>
        <w:rPr>
          <w:i/>
        </w:rPr>
        <w:t>This receipt acknowledges that the rent payment described above has been received in full for the rental period stated. Retain this receipt for your records.</w:t>
      </w:r>
    </w:p>
    <w:p/>
    <w:p>
      <w:r>
        <w:rPr>
          <w:i/>
        </w:rPr>
        <w:t>DISCLAIMER: This template is provided for informational purposes only and does not constitute legal advice.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