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RENTAL APPLICATION</w:t>
      </w:r>
    </w:p>
    <w:p>
      <w:pPr>
        <w:jc w:val="both"/>
      </w:pPr>
      <w:r>
        <w:t>Property Applying For: _____________________________________________</w:t>
      </w:r>
    </w:p>
    <w:p>
      <w:pPr>
        <w:jc w:val="both"/>
      </w:pPr>
      <w:r>
        <w:t>Desired Move-In Date: ________________</w:t>
      </w:r>
    </w:p>
    <w:p>
      <w:pPr>
        <w:jc w:val="both"/>
      </w:pPr>
      <w:r>
        <w:t>Application Fee: $___________ (non-refundable)</w:t>
      </w:r>
    </w:p>
    <w:p/>
    <w:p>
      <w:r>
        <w:rPr>
          <w:b/>
          <w:sz w:val="24"/>
        </w:rPr>
        <w:t>1. APPLICANT INFORMATION</w:t>
      </w:r>
    </w:p>
    <w:p>
      <w:pPr>
        <w:jc w:val="both"/>
      </w:pPr>
      <w:r>
        <w:t>Full Legal Name: _____________________________________________</w:t>
      </w:r>
    </w:p>
    <w:p>
      <w:pPr>
        <w:jc w:val="both"/>
      </w:pPr>
      <w:r>
        <w:t>Date of Birth: ____________  SSN: _____________________________________________</w:t>
      </w:r>
    </w:p>
    <w:p>
      <w:pPr>
        <w:jc w:val="both"/>
      </w:pPr>
      <w:r>
        <w:t>Driver's License #: __________________  State: __________</w:t>
      </w:r>
    </w:p>
    <w:p>
      <w:pPr>
        <w:jc w:val="both"/>
      </w:pPr>
      <w:r>
        <w:t>Phone: __________________  Email: __________________</w:t>
      </w:r>
    </w:p>
    <w:p>
      <w:pPr>
        <w:jc w:val="both"/>
      </w:pPr>
      <w:r>
        <w:t>Current Address: _____________________________________________</w:t>
      </w:r>
    </w:p>
    <w:p>
      <w:pPr>
        <w:jc w:val="both"/>
      </w:pPr>
      <w:r>
        <w:t>How Long: ________________</w:t>
      </w:r>
    </w:p>
    <w:p>
      <w:r>
        <w:rPr>
          <w:b/>
          <w:sz w:val="24"/>
        </w:rPr>
        <w:t>2. EMPLOYMENT</w:t>
      </w:r>
    </w:p>
    <w:p>
      <w:pPr>
        <w:jc w:val="both"/>
      </w:pPr>
      <w:r>
        <w:t>Current Employer: _____________________________________________</w:t>
      </w:r>
    </w:p>
    <w:p>
      <w:pPr>
        <w:jc w:val="both"/>
      </w:pPr>
      <w:r>
        <w:t>Position: __________________  Length of Employment: ________________</w:t>
      </w:r>
    </w:p>
    <w:p>
      <w:pPr>
        <w:jc w:val="both"/>
      </w:pPr>
      <w:r>
        <w:t>Monthly Gross Income: $___________</w:t>
      </w:r>
    </w:p>
    <w:p>
      <w:pPr>
        <w:jc w:val="both"/>
      </w:pPr>
      <w:r>
        <w:t>Supervisor: __________________  Phone: __________________</w:t>
      </w:r>
    </w:p>
    <w:p>
      <w:pPr>
        <w:jc w:val="both"/>
      </w:pPr>
      <w:r>
        <w:t>Additional Income: $___________ Source: _____________________________________________</w:t>
      </w:r>
    </w:p>
    <w:p>
      <w:r>
        <w:rPr>
          <w:b/>
          <w:sz w:val="24"/>
        </w:rPr>
        <w:t>3. RENTAL HISTORY (Last 5 Years)</w:t>
      </w:r>
    </w:p>
    <w:p>
      <w:pPr>
        <w:jc w:val="both"/>
      </w:pPr>
      <w:r>
        <w:t>Current Residence: ___ Rent ___ Own  Monthly Payment: $___________</w:t>
      </w:r>
    </w:p>
    <w:p>
      <w:pPr>
        <w:jc w:val="both"/>
      </w:pPr>
      <w:r>
        <w:t>Landlord Name: __________________  Phone: __________________</w:t>
      </w:r>
    </w:p>
    <w:p>
      <w:pPr>
        <w:jc w:val="both"/>
      </w:pPr>
      <w:r>
        <w:t>Reason for Moving: _____________________________________________</w:t>
      </w:r>
    </w:p>
    <w:p>
      <w:pPr>
        <w:jc w:val="both"/>
      </w:pPr>
      <w:r>
        <w:t>Previous Address: _____________________________________________</w:t>
      </w:r>
    </w:p>
    <w:p>
      <w:pPr>
        <w:jc w:val="both"/>
      </w:pPr>
      <w:r>
        <w:t>Previous Landlord: __________________  Phone: __________________</w:t>
      </w:r>
    </w:p>
    <w:p>
      <w:pPr>
        <w:jc w:val="both"/>
      </w:pPr>
      <w:r>
        <w:t>Ever evicted? ___ Yes ___ No  If yes, explain: _____________________________________________</w:t>
      </w:r>
    </w:p>
    <w:p>
      <w:r>
        <w:rPr>
          <w:b/>
          <w:sz w:val="24"/>
        </w:rPr>
        <w:t>4. CO-APPLICANTS AND OCCUPANTS</w:t>
      </w:r>
    </w:p>
    <w:p>
      <w:pPr>
        <w:jc w:val="both"/>
      </w:pPr>
      <w:r>
        <w:t>All adults living in unit: _____________________________________________</w:t>
      </w:r>
    </w:p>
    <w:p>
      <w:pPr>
        <w:jc w:val="both"/>
      </w:pPr>
      <w:r>
        <w:t>Children (names and ages): _____________________________________________</w:t>
      </w:r>
    </w:p>
    <w:p>
      <w:r>
        <w:rPr>
          <w:b/>
          <w:sz w:val="24"/>
        </w:rPr>
        <w:t>5. PETS</w:t>
      </w:r>
    </w:p>
    <w:p>
      <w:pPr>
        <w:jc w:val="both"/>
      </w:pPr>
      <w:r>
        <w:t>___ No pets  ___ Pets: Type/Breed/Weight: _____________________________________________</w:t>
      </w:r>
    </w:p>
    <w:p>
      <w:pPr>
        <w:jc w:val="both"/>
      </w:pPr>
      <w:r>
        <w:t>Service Animals: ___ Yes ___ No</w:t>
      </w:r>
    </w:p>
    <w:p>
      <w:r>
        <w:rPr>
          <w:b/>
          <w:sz w:val="24"/>
        </w:rPr>
        <w:t>6. EMERGENCY CONTACTS / REFERENCES</w:t>
      </w:r>
    </w:p>
    <w:p>
      <w:pPr>
        <w:jc w:val="both"/>
      </w:pPr>
      <w:r>
        <w:t>Reference 1: __________________  Relationship: __________________  Phone: __________________</w:t>
      </w:r>
    </w:p>
    <w:p>
      <w:pPr>
        <w:jc w:val="both"/>
      </w:pPr>
      <w:r>
        <w:t>Reference 2: __________________  Relationship: __________________  Phone: __________________</w:t>
      </w:r>
    </w:p>
    <w:p>
      <w:pPr>
        <w:jc w:val="both"/>
      </w:pPr>
      <w:r>
        <w:t>Emergency Contact: __________________  Phone: __________________</w:t>
      </w:r>
    </w:p>
    <w:p>
      <w:r>
        <w:rPr>
          <w:b/>
          <w:sz w:val="24"/>
        </w:rPr>
        <w:t>7. FINANCIAL</w:t>
      </w:r>
    </w:p>
    <w:p>
      <w:pPr>
        <w:jc w:val="both"/>
      </w:pPr>
      <w:r>
        <w:t>Bank: __________________  Account Type: __________________</w:t>
      </w:r>
    </w:p>
    <w:p>
      <w:pPr>
        <w:jc w:val="both"/>
      </w:pPr>
      <w:r>
        <w:t>Credit Cards: __________________________________________</w:t>
      </w:r>
    </w:p>
    <w:p>
      <w:pPr>
        <w:jc w:val="both"/>
      </w:pPr>
      <w:r>
        <w:t>Have you filed bankruptcy? ___ Yes ___ No  Year: __________</w:t>
      </w:r>
    </w:p>
    <w:p>
      <w:r>
        <w:rPr>
          <w:b/>
          <w:sz w:val="24"/>
        </w:rPr>
        <w:t>8. AUTHORIZATIONS</w:t>
      </w:r>
    </w:p>
    <w:p>
      <w:pPr>
        <w:jc w:val="both"/>
      </w:pPr>
      <w:r>
        <w:t>I authorize Landlord to: ___ Verify employment  ___ Run credit check  ___ Run background check  ___ Contact references</w:t>
      </w:r>
    </w:p>
    <w:p>
      <w:pPr>
        <w:jc w:val="both"/>
      </w:pPr>
      <w:r>
        <w:t>I certify all information provided is true and accurate. False statements may result in denial or eviction.</w:t>
      </w:r>
    </w:p>
    <w:p/>
    <w:p>
      <w:pPr>
        <w:jc w:val="both"/>
      </w:pPr>
      <w:r>
        <w:t>Applicant 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FOR LANDLORD USE</w:t>
      </w:r>
    </w:p>
    <w:p>
      <w:pPr>
        <w:jc w:val="both"/>
      </w:pPr>
      <w:r>
        <w:t>Date Received: ____________  Approved: ___ Yes ___ No  Reason: __________________</w:t>
      </w:r>
    </w:p>
    <w:p/>
    <w:p>
      <w:pPr>
        <w:jc w:val="both"/>
      </w:pPr>
      <w:r>
        <w:t>DISCLAIMER: This template is for informational purposes only and does not constitute legal advice. Laws vary by state. Consult a licensed attorney before executing this agreement.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