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SIGN-IN SHEET</w:t>
      </w:r>
    </w:p>
    <w:p>
      <w:r>
        <w:rPr>
          <w:b/>
        </w:rPr>
        <w:t>Event / Purpose:</w:t>
      </w:r>
      <w:r>
        <w:t xml:space="preserve"> _____________________________________________________________________</w:t>
      </w:r>
    </w:p>
    <w:p>
      <w:r>
        <w:rPr>
          <w:b/>
        </w:rPr>
        <w:t>Date:</w:t>
      </w:r>
      <w:r>
        <w:t xml:space="preserve"> _________________   </w:t>
      </w:r>
      <w:r>
        <w:rPr>
          <w:b/>
        </w:rPr>
        <w:t>Location:</w:t>
      </w:r>
      <w:r>
        <w:t xml:space="preserve"> _____________________________________________________________________</w:t>
      </w:r>
    </w:p>
    <w:p>
      <w:r>
        <w:rPr>
          <w:b/>
        </w:rPr>
        <w:t>Organizer / Host:</w:t>
      </w:r>
      <w:r>
        <w:t xml:space="preserve"> _____________________________________________________________________</w:t>
      </w:r>
    </w:p>
    <w:p/>
    <w:p>
      <w:r>
        <w:t>_______________________________________________________________________________________________________________________</w:t>
      </w:r>
    </w:p>
    <w:p>
      <w:r>
        <w:t>#   PRINTED NAME                            SIGNATURE                  ORGANIZATION              TIME IN  TIME OUT</w:t>
      </w:r>
    </w:p>
    <w:p>
      <w:r>
        <w:t>_______________________________________________________________________________________________________________________</w:t>
      </w:r>
    </w:p>
    <w:p>
      <w:r>
        <w:t>1   _____________________________________  _______________________  ______________________  _______  _______</w:t>
      </w:r>
    </w:p>
    <w:p>
      <w:r>
        <w:t>2   _____________________________________  _______________________  ______________________  _______  _______</w:t>
      </w:r>
    </w:p>
    <w:p>
      <w:r>
        <w:t>3   _____________________________________  _______________________  ______________________  _______  _______</w:t>
      </w:r>
    </w:p>
    <w:p>
      <w:r>
        <w:t>4   _____________________________________  _______________________  ______________________  _______  _______</w:t>
      </w:r>
    </w:p>
    <w:p>
      <w:r>
        <w:t>5   _____________________________________  _______________________  ______________________  _______  _______</w:t>
      </w:r>
    </w:p>
    <w:p>
      <w:r>
        <w:t>6   _____________________________________  _______________________  ______________________  _______  _______</w:t>
      </w:r>
    </w:p>
    <w:p>
      <w:r>
        <w:t>7   _____________________________________  _______________________  ______________________  _______  _______</w:t>
      </w:r>
    </w:p>
    <w:p>
      <w:r>
        <w:t>8   _____________________________________  _______________________  ______________________  _______  _______</w:t>
      </w:r>
    </w:p>
    <w:p>
      <w:r>
        <w:t>9   _____________________________________  _______________________  ______________________  _______  _______</w:t>
      </w:r>
    </w:p>
    <w:p>
      <w:r>
        <w:t>10  _____________________________________  _______________________  ______________________  _______  _______</w:t>
      </w:r>
    </w:p>
    <w:p>
      <w:r>
        <w:t>11  _____________________________________  _______________________  ______________________  _______  _______</w:t>
      </w:r>
    </w:p>
    <w:p>
      <w:r>
        <w:t>12  _____________________________________  _______________________  ______________________  _______  _______</w:t>
      </w:r>
    </w:p>
    <w:p>
      <w:r>
        <w:t>13  _____________________________________  _______________________  ______________________  _______  _______</w:t>
      </w:r>
    </w:p>
    <w:p>
      <w:r>
        <w:t>14  _____________________________________  _______________________  ______________________  _______  _______</w:t>
      </w:r>
    </w:p>
    <w:p>
      <w:r>
        <w:t>15  _____________________________________  _______________________  ______________________  _______  _______</w:t>
      </w:r>
    </w:p>
    <w:p>
      <w:r>
        <w:t>16  _____________________________________  _______________________  ______________________  _______  _______</w:t>
      </w:r>
    </w:p>
    <w:p>
      <w:r>
        <w:t>17  _____________________________________  _______________________  ______________________  _______  _______</w:t>
      </w:r>
    </w:p>
    <w:p>
      <w:r>
        <w:t>18  _____________________________________  _______________________  ______________________  _______  _______</w:t>
      </w:r>
    </w:p>
    <w:p>
      <w:r>
        <w:t>19  _____________________________________  _______________________  ______________________  _______  _______</w:t>
      </w:r>
    </w:p>
    <w:p>
      <w:r>
        <w:t>20  _____________________________________  _______________________  ______________________  _______  _______</w:t>
      </w:r>
    </w:p>
    <w:p>
      <w:r>
        <w:t>_______________________________________________________________________________________________________________________</w:t>
      </w:r>
    </w:p>
    <w:p/>
    <w:p>
      <w:r>
        <w:rPr>
          <w:b/>
        </w:rPr>
        <w:t>Total Attendees:</w:t>
      </w:r>
      <w:r>
        <w:t xml:space="preserve"> _____</w:t>
      </w:r>
    </w:p>
    <w:p>
      <w:r>
        <w:rPr>
          <w:b/>
        </w:rPr>
        <w:t>Notes:</w:t>
      </w:r>
      <w:r>
        <w:t xml:space="preserve"> _____________________________________________________________________</w:t>
      </w:r>
    </w:p>
    <w:p>
      <w:r>
        <w:t>_____________________________________________________________________</w:t>
      </w:r>
    </w:p>
    <w:p/>
    <w:p>
      <w:r>
        <w:rPr>
          <w:b/>
        </w:rPr>
        <w:t>Certified by:</w:t>
      </w:r>
    </w:p>
    <w:p>
      <w:r>
        <w:t>Signature: _________________________________ Date: _______________</w:t>
      </w:r>
    </w:p>
    <w:p>
      <w:r>
        <w:t>Printed Name: _____________________________________________ Title: _____________________________________________</w:t>
      </w:r>
    </w:p>
    <w:p/>
    <w:p>
      <w:r>
        <w:rPr>
          <w:i/>
        </w:rPr>
        <w:t>DISCLAIMER: This template is provided for informational purposes only.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