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SUBLEASE AGREEMENT</w:t>
      </w:r>
    </w:p>
    <w:p>
      <w:pPr>
        <w:jc w:val="both"/>
      </w:pPr>
      <w:r>
        <w:t>This Sublease Agreement is entered into on ________________ between:</w:t>
      </w:r>
    </w:p>
    <w:p/>
    <w:p>
      <w:pPr>
        <w:jc w:val="both"/>
      </w:pPr>
      <w:r>
        <w:t>SUBLESSOR (Original Tenant): _____________________________________________</w:t>
      </w:r>
    </w:p>
    <w:p>
      <w:pPr>
        <w:jc w:val="both"/>
      </w:pPr>
      <w:r>
        <w:t>SUBLESSEE (New Tenant): _____________________________________________</w:t>
      </w:r>
    </w:p>
    <w:p/>
    <w:p>
      <w:r>
        <w:rPr>
          <w:b/>
          <w:sz w:val="24"/>
        </w:rPr>
        <w:t>1. PROPERTY</w:t>
      </w:r>
    </w:p>
    <w:p>
      <w:pPr>
        <w:jc w:val="both"/>
      </w:pPr>
      <w:r>
        <w:t>Address: _____________________________________________</w:t>
      </w:r>
    </w:p>
    <w:p>
      <w:pPr>
        <w:jc w:val="both"/>
      </w:pPr>
      <w:r>
        <w:t>Portion subleased: ___ Entire unit  ___ Specific room(s): _____________________________________________</w:t>
      </w:r>
    </w:p>
    <w:p>
      <w:r>
        <w:rPr>
          <w:b/>
          <w:sz w:val="24"/>
        </w:rPr>
        <w:t>2. MASTER LEASE</w:t>
      </w:r>
    </w:p>
    <w:p>
      <w:pPr>
        <w:jc w:val="both"/>
      </w:pPr>
      <w:r>
        <w:t>This Sublease is subject to the Master Lease between Sublessor and the Landlord, dated ________________.</w:t>
      </w:r>
    </w:p>
    <w:p>
      <w:pPr>
        <w:jc w:val="both"/>
      </w:pPr>
      <w:r>
        <w:t>Master Lease End Date: ________________ (Sublease cannot exceed this date)</w:t>
      </w:r>
    </w:p>
    <w:p>
      <w:r>
        <w:rPr>
          <w:b/>
          <w:sz w:val="24"/>
        </w:rPr>
        <w:t>3. SUBLEASE TERM</w:t>
      </w:r>
    </w:p>
    <w:p>
      <w:pPr>
        <w:jc w:val="both"/>
      </w:pPr>
      <w:r>
        <w:t>Start Date: ________________  End Date: ________________</w:t>
      </w:r>
    </w:p>
    <w:p>
      <w:r>
        <w:rPr>
          <w:b/>
          <w:sz w:val="24"/>
        </w:rPr>
        <w:t>4. RENT</w:t>
      </w:r>
    </w:p>
    <w:p>
      <w:pPr>
        <w:jc w:val="both"/>
      </w:pPr>
      <w:r>
        <w:t>Monthly Rent: $___________ paid to Sublessor.</w:t>
      </w:r>
    </w:p>
    <w:p>
      <w:pPr>
        <w:jc w:val="both"/>
      </w:pPr>
      <w:r>
        <w:t>Due on the ____ day of each month.</w:t>
      </w:r>
    </w:p>
    <w:p>
      <w:pPr>
        <w:jc w:val="both"/>
      </w:pPr>
      <w:r>
        <w:t>Late Fee: $___________</w:t>
      </w:r>
    </w:p>
    <w:p>
      <w:r>
        <w:rPr>
          <w:b/>
          <w:sz w:val="24"/>
        </w:rPr>
        <w:t>5. SECURITY DEPOSIT</w:t>
      </w:r>
    </w:p>
    <w:p>
      <w:pPr>
        <w:jc w:val="both"/>
      </w:pPr>
      <w:r>
        <w:t>Amount: $___________ held by Sublessor.</w:t>
      </w:r>
    </w:p>
    <w:p>
      <w:r>
        <w:rPr>
          <w:b/>
          <w:sz w:val="24"/>
        </w:rPr>
        <w:t>6. UTILITIES</w:t>
      </w:r>
    </w:p>
    <w:p>
      <w:pPr>
        <w:jc w:val="both"/>
      </w:pPr>
      <w:r>
        <w:t>Sublessee pays: _____________________________________________</w:t>
      </w:r>
    </w:p>
    <w:p>
      <w:pPr>
        <w:jc w:val="both"/>
      </w:pPr>
      <w:r>
        <w:t>Sublessor/Landlord pays: _____________________________________________</w:t>
      </w:r>
    </w:p>
    <w:p>
      <w:r>
        <w:rPr>
          <w:b/>
          <w:sz w:val="24"/>
        </w:rPr>
        <w:t>7. SUBLESSEE OBLIGATIONS</w:t>
      </w:r>
    </w:p>
    <w:p>
      <w:pPr>
        <w:jc w:val="both"/>
      </w:pPr>
      <w:r>
        <w:t>Sublessee shall comply with ALL terms of the Master Lease, including rules, restrictions, and obligations.</w:t>
      </w:r>
    </w:p>
    <w:p>
      <w:r>
        <w:rPr>
          <w:b/>
          <w:sz w:val="24"/>
        </w:rPr>
        <w:t>8. SUBLESSOR LIABILITY</w:t>
      </w:r>
    </w:p>
    <w:p>
      <w:pPr>
        <w:jc w:val="both"/>
      </w:pPr>
      <w:r>
        <w:t>Sublessor remains fully liable to Landlord for all Master Lease obligations, including unpaid rent and damages.</w:t>
      </w:r>
    </w:p>
    <w:p>
      <w:r>
        <w:rPr>
          <w:b/>
          <w:sz w:val="24"/>
        </w:rPr>
        <w:t>9. LANDLORD CONSENT</w:t>
      </w:r>
    </w:p>
    <w:p>
      <w:pPr>
        <w:jc w:val="both"/>
      </w:pPr>
      <w:r>
        <w:t>___ Written landlord consent attached</w:t>
      </w:r>
    </w:p>
    <w:p>
      <w:pPr>
        <w:jc w:val="both"/>
      </w:pPr>
      <w:r>
        <w:t>___ Landlord consent waiver in Master Lease</w:t>
      </w:r>
    </w:p>
    <w:p>
      <w:r>
        <w:rPr>
          <w:b/>
          <w:sz w:val="24"/>
        </w:rPr>
        <w:t>10. MOVE-IN INSPECTION</w:t>
      </w:r>
    </w:p>
    <w:p>
      <w:pPr>
        <w:jc w:val="both"/>
      </w:pPr>
      <w:r>
        <w:t>Both parties document property condition at move-in (attached).</w:t>
      </w:r>
    </w:p>
    <w:p>
      <w:r>
        <w:rPr>
          <w:b/>
          <w:sz w:val="24"/>
        </w:rPr>
        <w:t>11. EARLY TERMINATION</w:t>
      </w:r>
    </w:p>
    <w:p>
      <w:pPr>
        <w:jc w:val="both"/>
      </w:pPr>
      <w:r>
        <w:t>Either party may terminate with ____ days written notice (subject to Master Lease terms).</w:t>
      </w:r>
    </w:p>
    <w:p>
      <w:r>
        <w:rPr>
          <w:b/>
          <w:sz w:val="24"/>
        </w:rPr>
        <w:t>12. GOVERNING LAW</w:t>
      </w:r>
    </w:p>
    <w:p>
      <w:pPr>
        <w:jc w:val="both"/>
      </w:pPr>
      <w:r>
        <w:t>Governed by laws of the State of _____________________________________________.</w:t>
      </w:r>
    </w:p>
    <w:p/>
    <w:p>
      <w:pPr>
        <w:jc w:val="both"/>
      </w:pPr>
      <w:r>
        <w:t>SUBLESSOR: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SUBLESSEE: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LANDLORD (if required):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