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NOTICE OF EMPLOYMENT TERMINATION</w:t>
      </w:r>
    </w:p>
    <w:p>
      <w:pPr>
        <w:jc w:val="both"/>
      </w:pPr>
      <w:r>
        <w:t>Date: ________________</w:t>
      </w:r>
    </w:p>
    <w:p/>
    <w:p>
      <w:pPr>
        <w:jc w:val="both"/>
      </w:pPr>
      <w:r>
        <w:t>_____________________________________________ [Employee Name]</w:t>
      </w:r>
    </w:p>
    <w:p>
      <w:pPr>
        <w:jc w:val="both"/>
      </w:pPr>
      <w:r>
        <w:t>_____________________________________________ [Employee Address]</w:t>
      </w:r>
    </w:p>
    <w:p/>
    <w:p>
      <w:pPr>
        <w:jc w:val="both"/>
      </w:pPr>
      <w:r>
        <w:t>RE: Notice of Termination</w:t>
      </w:r>
    </w:p>
    <w:p/>
    <w:p>
      <w:pPr>
        <w:jc w:val="both"/>
      </w:pPr>
      <w:r>
        <w:t>Dear _____________________________________________,</w:t>
      </w:r>
    </w:p>
    <w:p/>
    <w:p>
      <w:pPr>
        <w:jc w:val="both"/>
      </w:pPr>
      <w:r>
        <w:t>This letter serves as formal notice that your employment with _____________________________________________ [Company Name] is being terminated effective ________________.</w:t>
      </w:r>
    </w:p>
    <w:p>
      <w:r>
        <w:rPr>
          <w:b/>
          <w:sz w:val="24"/>
        </w:rPr>
        <w:t>REASON FOR TERMINATION</w:t>
      </w:r>
    </w:p>
    <w:p>
      <w:pPr>
        <w:jc w:val="both"/>
      </w:pPr>
      <w:r>
        <w:t>___ At-will termination (no specific reason required)</w:t>
      </w:r>
    </w:p>
    <w:p>
      <w:pPr>
        <w:jc w:val="both"/>
      </w:pPr>
      <w:r>
        <w:t>___ Termination for cause: _____________________________________________</w:t>
      </w:r>
    </w:p>
    <w:p>
      <w:pPr>
        <w:jc w:val="both"/>
      </w:pPr>
      <w:r>
        <w:t>___ Layoff / Position elimination</w:t>
      </w:r>
    </w:p>
    <w:p>
      <w:pPr>
        <w:jc w:val="both"/>
      </w:pPr>
      <w:r>
        <w:t>___ Performance-based: per PIP dated ________________</w:t>
      </w:r>
    </w:p>
    <w:p>
      <w:pPr>
        <w:jc w:val="both"/>
      </w:pPr>
      <w:r>
        <w:t>___ End of fixed-term contract</w:t>
      </w:r>
    </w:p>
    <w:p>
      <w:r>
        <w:rPr>
          <w:b/>
          <w:sz w:val="24"/>
        </w:rPr>
        <w:t>FINAL PAYCHECK</w:t>
      </w:r>
    </w:p>
    <w:p>
      <w:pPr>
        <w:jc w:val="both"/>
      </w:pPr>
      <w:r>
        <w:t>Your final paycheck of $___________ will be issued on ________________.</w:t>
      </w:r>
    </w:p>
    <w:p>
      <w:pPr>
        <w:jc w:val="both"/>
      </w:pPr>
      <w:r>
        <w:t>Includes: ___ Regular wages through last day  ___ Accrued PTO ($_______)  ___ Earned bonuses ($_______)</w:t>
      </w:r>
    </w:p>
    <w:p>
      <w:pPr>
        <w:jc w:val="both"/>
      </w:pPr>
      <w:r>
        <w:t>Standard deductions apply.</w:t>
      </w:r>
    </w:p>
    <w:p>
      <w:r>
        <w:rPr>
          <w:b/>
          <w:sz w:val="24"/>
        </w:rPr>
        <w:t>BENEFITS</w:t>
      </w:r>
    </w:p>
    <w:p>
      <w:pPr>
        <w:jc w:val="both"/>
      </w:pPr>
      <w:r>
        <w:t>Health insurance coverage ends on ________________.</w:t>
      </w:r>
    </w:p>
    <w:p>
      <w:pPr>
        <w:jc w:val="both"/>
      </w:pPr>
      <w:r>
        <w:t>You will receive COBRA continuation information separately under federal law.</w:t>
      </w:r>
    </w:p>
    <w:p>
      <w:pPr>
        <w:jc w:val="both"/>
      </w:pPr>
      <w:r>
        <w:t>Retirement Plan (401k, etc.): Vested benefits remain. Distribution options will be provided.</w:t>
      </w:r>
    </w:p>
    <w:p>
      <w:r>
        <w:rPr>
          <w:b/>
          <w:sz w:val="24"/>
        </w:rPr>
        <w:t>UNEMPLOYMENT</w:t>
      </w:r>
    </w:p>
    <w:p>
      <w:pPr>
        <w:jc w:val="both"/>
      </w:pPr>
      <w:r>
        <w:t>You may be eligible for unemployment benefits. State unemployment office: _____________________________________________</w:t>
      </w:r>
    </w:p>
    <w:p>
      <w:r>
        <w:rPr>
          <w:b/>
          <w:sz w:val="24"/>
        </w:rPr>
        <w:t>RETURN OF COMPANY PROPERTY</w:t>
      </w:r>
    </w:p>
    <w:p>
      <w:pPr>
        <w:jc w:val="both"/>
      </w:pPr>
      <w:r>
        <w:t>Please return the following by ________________:</w:t>
      </w:r>
    </w:p>
    <w:p>
      <w:pPr>
        <w:jc w:val="both"/>
      </w:pPr>
      <w:r>
        <w:t>___ Laptop/equipment  ___ Badges/keys  ___ Documents  ___ Other: __________________</w:t>
      </w:r>
    </w:p>
    <w:p>
      <w:r>
        <w:rPr>
          <w:b/>
          <w:sz w:val="24"/>
        </w:rPr>
        <w:t>CONTINUING OBLIGATIONS</w:t>
      </w:r>
    </w:p>
    <w:p>
      <w:pPr>
        <w:jc w:val="both"/>
      </w:pPr>
      <w:r>
        <w:t>Reminder: Your confidentiality and non-disclosure obligations continue after termination.</w:t>
      </w:r>
    </w:p>
    <w:p>
      <w:pPr>
        <w:jc w:val="both"/>
      </w:pPr>
      <w:r>
        <w:t>Non-compete/non-solicitation: ___ Remains in effect  ___ Waived  ___ See separate agreement</w:t>
      </w:r>
    </w:p>
    <w:p>
      <w:r>
        <w:rPr>
          <w:b/>
          <w:sz w:val="24"/>
        </w:rPr>
        <w:t>REFERENCES</w:t>
      </w:r>
    </w:p>
    <w:p>
      <w:pPr>
        <w:jc w:val="both"/>
      </w:pPr>
      <w:r>
        <w:t>Future employers should direct reference requests to: _____________________________________________</w:t>
      </w:r>
    </w:p>
    <w:p>
      <w:r>
        <w:rPr>
          <w:b/>
          <w:sz w:val="24"/>
        </w:rPr>
        <w:t>SEVERANCE</w:t>
      </w:r>
    </w:p>
    <w:p>
      <w:pPr>
        <w:jc w:val="both"/>
      </w:pPr>
      <w:r>
        <w:t>___ No severance offered</w:t>
      </w:r>
    </w:p>
    <w:p>
      <w:pPr>
        <w:jc w:val="both"/>
      </w:pPr>
      <w:r>
        <w:t>___ Severance agreement attached (separate document)</w:t>
      </w:r>
    </w:p>
    <w:p/>
    <w:p>
      <w:pPr>
        <w:jc w:val="both"/>
      </w:pPr>
      <w:r>
        <w:t>If you have questions, please contact: _____________________________________________</w:t>
      </w:r>
    </w:p>
    <w:p/>
    <w:p>
      <w:pPr>
        <w:jc w:val="both"/>
      </w:pPr>
      <w:r>
        <w:t>We wish you success in your future endeavors.</w:t>
      </w:r>
    </w:p>
    <w:p/>
    <w:p>
      <w:pPr>
        <w:jc w:val="both"/>
      </w:pPr>
      <w:r>
        <w:t>Sincerely,</w:t>
      </w:r>
    </w:p>
    <w:p/>
    <w:p>
      <w:pPr>
        <w:jc w:val="both"/>
      </w:pPr>
      <w:r>
        <w:t>_____________________________________________</w:t>
      </w:r>
    </w:p>
    <w:p>
      <w:pPr>
        <w:jc w:val="both"/>
      </w:pPr>
      <w:r>
        <w:t>[Authorized Signature]</w:t>
      </w:r>
    </w:p>
    <w:p>
      <w:pPr>
        <w:jc w:val="both"/>
      </w:pPr>
      <w:r>
        <w:t>Title: _____________________________________________</w:t>
      </w:r>
    </w:p>
    <w:p/>
    <w:p>
      <w:pPr>
        <w:jc w:val="both"/>
      </w:pPr>
      <w:r>
        <w:t>ACKNOWLEDGMENT (Optional)</w:t>
      </w:r>
    </w:p>
    <w:p>
      <w:pPr>
        <w:jc w:val="both"/>
      </w:pPr>
      <w:r>
        <w:t>I acknowledge receipt of this Notice of Termination.</w:t>
      </w:r>
    </w:p>
    <w:p>
      <w:pPr>
        <w:jc w:val="both"/>
      </w:pPr>
      <w:r>
        <w:t>Employee Signature: _________________________________ Date: _______________</w:t>
      </w:r>
    </w:p>
    <w:p/>
    <w:p>
      <w:pPr>
        <w:jc w:val="both"/>
      </w:pPr>
      <w:r>
        <w:t>DISCLAIMER: This template is for informational purposes only and does not constitute legal advice. Laws vary by state. Consult a licensed attorney before executing this agreement.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