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Texas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Texas Property Code Chapter 92.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Texas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Texas Property Code Chapter 92,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Texas-specific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Texas.</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Texas Residential Lease Agreement template is provided for informational purposes only and does not constitute legal advice. Consult a licensed Texas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