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NEW YORK</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New York:</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NEW YORK</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New York county office:</w:t>
      </w:r>
    </w:p>
    <w:p>
      <w:r>
        <w:t>County Clerk; NY Real Estate Transfer Tax ($4/$1,000) + Mansion Tax for $1M+.</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New York-licensed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