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NORTH CAROLINA SELLER'S PROPERTY DISCLOSURE FORM</w:t>
      </w:r>
    </w:p>
    <w:p>
      <w:r>
        <w:t>This form is required by NC Residential Property and Owners' Association Disclosure Statement (NCGS §47E).</w:t>
      </w:r>
    </w:p>
    <w:p/>
    <w:p>
      <w:r>
        <w:rPr>
          <w:b/>
        </w:rPr>
        <w:t>SELLER:</w:t>
      </w:r>
      <w:r>
        <w:t xml:space="preserve"> _____________________________________________ [Full Name(s)]</w:t>
      </w:r>
    </w:p>
    <w:p>
      <w:r>
        <w:rPr>
          <w:b/>
        </w:rPr>
        <w:t>Property Address:</w:t>
      </w:r>
      <w:r>
        <w:t xml:space="preserve"> _____________________________________________________________________</w:t>
      </w:r>
    </w:p>
    <w:p>
      <w:r>
        <w:t>City: _____________________________________________ State: North Carolina   ZIP: _________________</w:t>
      </w:r>
    </w:p>
    <w:p>
      <w:r>
        <w:t>Date of Completion: ________________</w:t>
      </w:r>
    </w:p>
    <w:p/>
    <w:p>
      <w:r>
        <w:rPr>
          <w:b/>
        </w:rPr>
        <w:t>INSTRUCTIONS:</w:t>
      </w:r>
      <w:r>
        <w:t xml:space="preserve"> Seller is required to complete this form based on personal knowledge of the Property. Mark each item: </w:t>
      </w:r>
      <w:r>
        <w:rPr>
          <w:b/>
        </w:rPr>
        <w:t>Yes</w:t>
      </w:r>
      <w:r>
        <w:t xml:space="preserve">, </w:t>
      </w:r>
      <w:r>
        <w:rPr>
          <w:b/>
        </w:rPr>
        <w:t>No</w:t>
      </w:r>
      <w:r>
        <w:t xml:space="preserve">, or </w:t>
      </w:r>
      <w:r>
        <w:rPr>
          <w:b/>
        </w:rPr>
        <w:t>Unknown</w:t>
      </w:r>
      <w:r>
        <w:t>. For items marked Yes, provide a brief explanation in the comments section. Seller is NOT required to perform inspections — this is a disclosure of what Seller actually knows.</w:t>
      </w:r>
    </w:p>
    <w:p/>
    <w:p>
      <w:r>
        <w:rPr>
          <w:b/>
          <w:sz w:val="24"/>
        </w:rPr>
        <w:t>1. STRUCTURAL</w:t>
      </w:r>
    </w:p>
    <w:p>
      <w:r>
        <w:t>Are there any known structural defects (foundation, walls, roof, ceiling)?  ___ Yes  ___ No  ___ Unknown</w:t>
      </w:r>
    </w:p>
    <w:p>
      <w:r>
        <w:t>Has the foundation ever been repaired?  ___ Yes  ___ No  ___ Unknown</w:t>
      </w:r>
    </w:p>
    <w:p>
      <w:r>
        <w:t>Is there any settling, slippage, or movement of the property?  ___ Yes  ___ No  ___ Unknown</w:t>
      </w:r>
    </w:p>
    <w:p>
      <w:r>
        <w:t>Any cracks in foundation, walls, or floors?  ___ Yes  ___ No  ___ Unknown</w:t>
      </w:r>
    </w:p>
    <w:p>
      <w:r>
        <w:t>Comments: _____________________________________________________________________</w:t>
      </w:r>
    </w:p>
    <w:p>
      <w:r>
        <w:rPr>
          <w:b/>
          <w:sz w:val="24"/>
        </w:rPr>
        <w:t>2. ROOF</w:t>
      </w:r>
    </w:p>
    <w:p>
      <w:r>
        <w:t>Approximate age of roof: _____ years</w:t>
      </w:r>
    </w:p>
    <w:p>
      <w:r>
        <w:t>Has the roof leaked since you owned the property?  ___ Yes  ___ No  ___ Unknown</w:t>
      </w:r>
    </w:p>
    <w:p>
      <w:r>
        <w:t>Any roof repairs in past 5 years?  ___ Yes  ___ No  Date: _________________</w:t>
      </w:r>
    </w:p>
    <w:p>
      <w:r>
        <w:t>Comments: _____________________________________________________________________</w:t>
      </w:r>
    </w:p>
    <w:p>
      <w:r>
        <w:rPr>
          <w:b/>
          <w:sz w:val="24"/>
        </w:rPr>
        <w:t>3. WATER AND SEWER</w:t>
      </w:r>
    </w:p>
    <w:p>
      <w:r>
        <w:t>Water source: ___ Public/Municipal  ___ Private well  ___ Shared well  ___ Other: __________________</w:t>
      </w:r>
    </w:p>
    <w:p>
      <w:r>
        <w:t>Sewer system: ___ Public/Municipal  ___ Septic system  ___ Other: __________________</w:t>
      </w:r>
    </w:p>
    <w:p>
      <w:r>
        <w:t>Any water quality issues (taste, odor, contamination)?  ___ Yes  ___ No  ___ Unknown</w:t>
      </w:r>
    </w:p>
    <w:p>
      <w:r>
        <w:t>Has the septic been pumped/inspected in past 3 years?  ___ Yes  ___ No  Date: _________________</w:t>
      </w:r>
    </w:p>
    <w:p>
      <w:r>
        <w:t>Any plumbing leaks, backups, or repairs in past 3 years?  ___ Yes  ___ No</w:t>
      </w:r>
    </w:p>
    <w:p>
      <w:r>
        <w:t>Comments: _____________________________________________________________________</w:t>
      </w:r>
    </w:p>
    <w:p>
      <w:r>
        <w:rPr>
          <w:b/>
          <w:sz w:val="24"/>
        </w:rPr>
        <w:t>4. ELECTRICAL</w:t>
      </w:r>
    </w:p>
    <w:p>
      <w:r>
        <w:t>Type of electrical system: ___ Circuit Breakers  ___ Fuses  ___ Other: __________________</w:t>
      </w:r>
    </w:p>
    <w:p>
      <w:r>
        <w:t>Any known electrical issues (sparking, tripped breakers, dim lights)?  ___ Yes  ___ No  ___ Unknown</w:t>
      </w:r>
    </w:p>
    <w:p>
      <w:r>
        <w:t>Aluminum wiring present?  ___ Yes  ___ No  ___ Unknown</w:t>
      </w:r>
    </w:p>
    <w:p>
      <w:r>
        <w:t>Knob and tube wiring present?  ___ Yes  ___ No  ___ Unknown</w:t>
      </w:r>
    </w:p>
    <w:p>
      <w:r>
        <w:t>Comments: _____________________________________________________________________</w:t>
      </w:r>
    </w:p>
    <w:p>
      <w:r>
        <w:rPr>
          <w:b/>
          <w:sz w:val="24"/>
        </w:rPr>
        <w:t>5. HVAC</w:t>
      </w:r>
    </w:p>
    <w:p>
      <w:r>
        <w:t>Heating system type: ___ Gas  ___ Electric  ___ Oil  ___ Heat Pump  ___ Other: __________________</w:t>
      </w:r>
    </w:p>
    <w:p>
      <w:r>
        <w:t>Heating system age: _____ years</w:t>
      </w:r>
    </w:p>
    <w:p>
      <w:r>
        <w:t>Air conditioning type: ___ Central  ___ Window units  ___ None  ___ Other</w:t>
      </w:r>
    </w:p>
    <w:p>
      <w:r>
        <w:t>AC age: _____ years</w:t>
      </w:r>
    </w:p>
    <w:p>
      <w:r>
        <w:t>Any known HVAC issues?  ___ Yes  ___ No  ___ Unknown</w:t>
      </w:r>
    </w:p>
    <w:p>
      <w:r>
        <w:t>Comments: _____________________________________________________________________</w:t>
      </w:r>
    </w:p>
    <w:p>
      <w:r>
        <w:rPr>
          <w:b/>
          <w:sz w:val="24"/>
        </w:rPr>
        <w:t>6. PESTS AND INFESTATION</w:t>
      </w:r>
    </w:p>
    <w:p>
      <w:r>
        <w:t>Termite damage (current or past)?  ___ Yes  ___ No  ___ Unknown</w:t>
      </w:r>
    </w:p>
    <w:p>
      <w:r>
        <w:t>Termite treatment ever performed?  ___ Yes  ___ No  Date: _________________</w:t>
      </w:r>
    </w:p>
    <w:p>
      <w:r>
        <w:t>Carpenter ants, beetles, other wood-destroying pests?  ___ Yes  ___ No  ___ Unknown</w:t>
      </w:r>
    </w:p>
    <w:p>
      <w:r>
        <w:t>Rodent or pest problems?  ___ Yes  ___ No  ___ Unknown</w:t>
      </w:r>
    </w:p>
    <w:p>
      <w:r>
        <w:t>Comments: _____________________________________________________________________</w:t>
      </w:r>
    </w:p>
    <w:p>
      <w:r>
        <w:rPr>
          <w:b/>
          <w:sz w:val="24"/>
        </w:rPr>
        <w:t>7. ENVIRONMENTAL</w:t>
      </w:r>
    </w:p>
    <w:p>
      <w:r>
        <w:t>Asbestos materials present?  ___ Yes  ___ No  ___ Unknown</w:t>
      </w:r>
    </w:p>
    <w:p>
      <w:r>
        <w:t>Lead-based paint (for property built before 1978)?  ___ Yes  ___ No  ___ Unknown</w:t>
      </w:r>
    </w:p>
    <w:p>
      <w:r>
        <w:rPr>
          <w:b/>
        </w:rPr>
        <w:t>Federal Lead-Based Paint Disclosure required separately for pre-1978 properties.</w:t>
      </w:r>
    </w:p>
    <w:p>
      <w:r>
        <w:t>Radon testing performed?  ___ Yes  ___ No  Date: _________________ Result: _________________</w:t>
      </w:r>
    </w:p>
    <w:p>
      <w:r>
        <w:t>Mold (visible or known)?  ___ Yes  ___ No  ___ Unknown</w:t>
      </w:r>
    </w:p>
    <w:p>
      <w:r>
        <w:t>Underground storage tanks?  ___ Yes  ___ No  ___ Unknown</w:t>
      </w:r>
    </w:p>
    <w:p>
      <w:r>
        <w:t>Methamphetamine production history?  ___ Yes  ___ No  ___ Unknown</w:t>
      </w:r>
    </w:p>
    <w:p>
      <w:r>
        <w:t>Comments: _____________________________________________________________________</w:t>
      </w:r>
    </w:p>
    <w:p>
      <w:r>
        <w:rPr>
          <w:b/>
          <w:sz w:val="24"/>
        </w:rPr>
        <w:t>8. WATER ISSUES</w:t>
      </w:r>
    </w:p>
    <w:p>
      <w:r>
        <w:t>Property in a flood zone?  ___ Yes  ___ No  ___ Unknown</w:t>
      </w:r>
    </w:p>
    <w:p>
      <w:r>
        <w:t>Has property flooded?  ___ Yes  ___ No  Date: _________________</w:t>
      </w:r>
    </w:p>
    <w:p>
      <w:r>
        <w:t>Drainage issues (standing water, runoff)?  ___ Yes  ___ No  ___ Unknown</w:t>
      </w:r>
    </w:p>
    <w:p>
      <w:r>
        <w:t>Basement leaks or moisture?  ___ Yes  ___ No  ___ Unknown</w:t>
      </w:r>
    </w:p>
    <w:p>
      <w:r>
        <w:t>Sump pump installed?  ___ Yes  ___ No</w:t>
      </w:r>
    </w:p>
    <w:p>
      <w:r>
        <w:t>Comments: _____________________________________________________________________</w:t>
      </w:r>
    </w:p>
    <w:p>
      <w:r>
        <w:rPr>
          <w:b/>
          <w:sz w:val="24"/>
        </w:rPr>
        <w:t>9. APPLIANCES AND FIXTURES</w:t>
      </w:r>
    </w:p>
    <w:p>
      <w:r>
        <w:t>Which appliances are included in sale (and in working order)?</w:t>
      </w:r>
    </w:p>
    <w:p>
      <w:r>
        <w:t>___ Refrigerator  ___ Stove/Range  ___ Dishwasher  ___ Microwave  ___ Washer  ___ Dryer</w:t>
      </w:r>
    </w:p>
    <w:p>
      <w:r>
        <w:t>___ Water heater age: _____ years  ___ Garage door opener  ___ Other: __________________</w:t>
      </w:r>
    </w:p>
    <w:p>
      <w:r>
        <w:t>Any appliance problems or not working?  ___ Yes  ___ No</w:t>
      </w:r>
    </w:p>
    <w:p>
      <w:r>
        <w:t>Comments: _____________________________________________________________________</w:t>
      </w:r>
    </w:p>
    <w:p>
      <w:r>
        <w:rPr>
          <w:b/>
          <w:sz w:val="24"/>
        </w:rPr>
        <w:t>10. ZONING AND BOUNDARIES</w:t>
      </w:r>
    </w:p>
    <w:p>
      <w:r>
        <w:t>Are you aware of any zoning violations or unpermitted improvements?  ___ Yes  ___ No  ___ Unknown</w:t>
      </w:r>
    </w:p>
    <w:p>
      <w:r>
        <w:t>Any encroachments by neighbors or onto neighbor's property?  ___ Yes  ___ No  ___ Unknown</w:t>
      </w:r>
    </w:p>
    <w:p>
      <w:r>
        <w:t>Any boundary disputes?  ___ Yes  ___ No  ___ Unknown</w:t>
      </w:r>
    </w:p>
    <w:p>
      <w:r>
        <w:t>Easements affecting the property?  ___ Yes  ___ No  ___ Unknown</w:t>
      </w:r>
    </w:p>
    <w:p>
      <w:r>
        <w:t>Comments: _____________________________________________________________________</w:t>
      </w:r>
    </w:p>
    <w:p>
      <w:r>
        <w:rPr>
          <w:b/>
          <w:sz w:val="24"/>
        </w:rPr>
        <w:t>11. HOA AND ASSESSMENTS</w:t>
      </w:r>
    </w:p>
    <w:p>
      <w:r>
        <w:t>Is property subject to a Homeowners Association?  ___ Yes  ___ No</w:t>
      </w:r>
    </w:p>
    <w:p>
      <w:r>
        <w:t>If yes, monthly/annual HOA fee: $_________________</w:t>
      </w:r>
    </w:p>
    <w:p>
      <w:r>
        <w:t>Special assessments pending or recent?  ___ Yes  ___ No  Amount: $_________________</w:t>
      </w:r>
    </w:p>
    <w:p>
      <w:r>
        <w:t>Any HOA violations against this property?  ___ Yes  ___ No  ___ Unknown</w:t>
      </w:r>
    </w:p>
    <w:p>
      <w:r>
        <w:t>Comments: _____________________________________________________________________</w:t>
      </w:r>
    </w:p>
    <w:p>
      <w:r>
        <w:rPr>
          <w:b/>
          <w:sz w:val="24"/>
        </w:rPr>
        <w:t>12. LEGAL AND OTHER</w:t>
      </w:r>
    </w:p>
    <w:p>
      <w:r>
        <w:t>Any pending lawsuits affecting the property?  ___ Yes  ___ No  ___ Unknown</w:t>
      </w:r>
    </w:p>
    <w:p>
      <w:r>
        <w:t>Any liens or unpaid claims against the property?  ___ Yes  ___ No  ___ Unknown</w:t>
      </w:r>
    </w:p>
    <w:p>
      <w:r>
        <w:t>Any unrecorded easements or oral agreements?  ___ Yes  ___ No  ___ Unknown</w:t>
      </w:r>
    </w:p>
    <w:p>
      <w:r>
        <w:t>Has property been used as a rental in past 3 years?  ___ Yes  ___ No</w:t>
      </w:r>
    </w:p>
    <w:p>
      <w:r>
        <w:t>Death on property in past 3 years (where state law requires disclosure)?  ___ Yes  ___ No</w:t>
      </w:r>
    </w:p>
    <w:p>
      <w:r>
        <w:t>Comments: _____________________________________________________________________</w:t>
      </w:r>
    </w:p>
    <w:p>
      <w:r>
        <w:rPr>
          <w:b/>
          <w:sz w:val="24"/>
        </w:rPr>
        <w:t>13. ADDITIONAL DISCLOSURES (state-specific)</w:t>
      </w:r>
    </w:p>
    <w:p>
      <w:r>
        <w:t>NC Residential Property and Owners' Association Disclosure Statement (NCGS §47E): _____________________________________________________________________</w:t>
      </w:r>
    </w:p>
    <w:p>
      <w:r>
        <w:t>_____________________________________________________________________</w:t>
      </w:r>
    </w:p>
    <w:p>
      <w:r>
        <w:rPr>
          <w:b/>
          <w:sz w:val="24"/>
        </w:rPr>
        <w:t>SELLER CERTIFICATION</w:t>
      </w:r>
    </w:p>
    <w:p>
      <w:r>
        <w:t>I (we), the undersigned Seller(s), certify that the information provided in this Disclosure Statement is true and complete to the best of my (our) knowledge as of the date signed. I (we) understand that this Disclosure is based on my (our) personal knowledge and is NOT a warranty or substitute for inspection.</w:t>
      </w:r>
    </w:p>
    <w:p>
      <w:r>
        <w:t>I (we) agree to promptly notify Buyer of any material changes prior to Closing.</w:t>
      </w:r>
    </w:p>
    <w:p/>
    <w:p>
      <w:r>
        <w:rPr>
          <w:b/>
        </w:rPr>
        <w:t>SELLER:</w:t>
      </w:r>
    </w:p>
    <w:p>
      <w:r>
        <w:t>Signature: _________________________________ Date: _______________</w:t>
      </w:r>
    </w:p>
    <w:p>
      <w:r>
        <w:t>Printed Name: _____________________________________________</w:t>
      </w:r>
    </w:p>
    <w:p/>
    <w:p>
      <w:r>
        <w:rPr>
          <w:b/>
        </w:rPr>
        <w:t>SELLER (co-owner, if applicable):</w:t>
      </w:r>
    </w:p>
    <w:p>
      <w:r>
        <w:t>Signature: _________________________________ Date: _______________</w:t>
      </w:r>
    </w:p>
    <w:p>
      <w:r>
        <w:t>Printed Name: _____________________________________________</w:t>
      </w:r>
    </w:p>
    <w:p/>
    <w:p>
      <w:r>
        <w:rPr>
          <w:b/>
          <w:sz w:val="24"/>
        </w:rPr>
        <w:t>BUYER ACKNOWLEDGMENT</w:t>
      </w:r>
    </w:p>
    <w:p>
      <w:r>
        <w:t>I (we), the undersigned Buyer(s), acknowledge that I (we) have received and reviewed this Disclosure Statement before signing the purchase agreement. I (we) understand that the Disclosure is based on Seller's personal knowledge and I (we) am (are) advised to obtain independent inspections.</w:t>
      </w:r>
    </w:p>
    <w:p/>
    <w:p>
      <w:r>
        <w:rPr>
          <w:b/>
        </w:rPr>
        <w:t>BUYER:</w:t>
      </w:r>
    </w:p>
    <w:p>
      <w:r>
        <w:t>Signature: _________________________________ Date: _______________</w:t>
      </w:r>
    </w:p>
    <w:p>
      <w:r>
        <w:t>Printed Name: _____________________________________________</w:t>
      </w:r>
    </w:p>
    <w:p/>
    <w:p>
      <w:r>
        <w:rPr>
          <w:i/>
        </w:rPr>
        <w:t>DISCLAIMER: This Disclosure Form is informational. North Carolina requires specific disclosures per NC Residential Property and Owners' Association Disclosure Statement (NCGS §47E). Failure to disclose known material defects can give rise to fraud claims and may void the sale. For complex properties (older homes, properties with significant repairs, historical issues), have a North Carolina-licensed real estate attorney review before signing.</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