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OHIO</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Ohio:</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OHIO</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Ohio county office:</w:t>
      </w:r>
    </w:p>
    <w:p>
      <w:r>
        <w:t>County Recorder; Conveyance Fee ($1/$1,000 state + county additions up to $3/$1,000).</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Ohio-licensed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