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TEXAS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Texas</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Texas law:</w:t>
      </w:r>
    </w:p>
    <w:p>
      <w:r>
        <w:t>(a) Texas Property Code §5.008 — Seller's Disclosure of Property Condition required;</w:t>
      </w:r>
    </w:p>
    <w:p>
      <w:r>
        <w:t>(b) Lead-Based Paint Disclosure (federal — for properties built before 1978);</w:t>
      </w:r>
    </w:p>
    <w:p>
      <w:r>
        <w:t>(c) HOA documents (if applicable);</w:t>
      </w:r>
    </w:p>
    <w:p>
      <w:r>
        <w:t>(d) Material defect disclosures known to Seller;</w:t>
      </w:r>
    </w:p>
    <w:p>
      <w:r>
        <w:t>(e) Other disclosures required by Texas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Texas agency disclosure form is incorporated by reference and shall be signed separately as required by Texas Real Estate Commission (TREC) Rule 535.</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Texas real estate law including Texas Real Estate Commission (TREC) Rule 535. State-licensed real estate brokers may have additional mandatory provisions specific to Texas.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