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b/>
          <w:sz w:val="30"/>
        </w:rPr>
        <w:t>CHILD TRAVEL CONSENT FORM</w:t>
      </w:r>
    </w:p>
    <w:p>
      <w:pPr>
        <w:spacing w:after="80"/>
      </w:pPr>
      <w:r>
        <w:rPr>
          <w:i/>
          <w:sz w:val="17"/>
        </w:rPr>
        <w:t>Signed by the parent(s) or legal guardian(s) who are NOT traveling with the child. USA.gov: "It is preferred that the letter of consent is in English and notarized." Carry the signed original with the child's passport.</w:t>
      </w:r>
    </w:p>
    <w:p>
      <w:pPr>
        <w:keepNext/>
        <w:spacing w:before="200" w:after="80"/>
      </w:pPr>
      <w:r>
        <w:rPr>
          <w:b/>
          <w:color w:val="1F3A5F"/>
          <w:sz w:val="22"/>
        </w:rPr>
        <w:t>1. PARENT / GUARDIAN INFORMATION</w:t>
      </w:r>
    </w:p>
    <w:p>
      <w:pPr>
        <w:spacing w:after="80"/>
      </w:pPr>
      <w:r>
        <w:t>Parent 1 (or sole guardian):</w:t>
      </w:r>
    </w:p>
    <w:p>
      <w:pPr>
        <w:spacing w:after="80"/>
      </w:pPr>
      <w:r>
        <w:t>Full legal name: ______________________________________________</w:t>
      </w:r>
    </w:p>
    <w:p>
      <w:pPr>
        <w:spacing w:after="80"/>
      </w:pPr>
      <w:r>
        <w:t>Relationship to child: [ ] Mother  [ ] Father  [ ] Legal guardian  [ ] Other: ____________________</w:t>
      </w:r>
    </w:p>
    <w:p>
      <w:pPr>
        <w:spacing w:after="80"/>
      </w:pPr>
      <w:r>
        <w:t>Address: ______________________________________________</w:t>
      </w:r>
    </w:p>
    <w:p>
      <w:pPr>
        <w:spacing w:after="80"/>
      </w:pPr>
      <w:r>
        <w:t>Phone: ____________________   Email: ____________________</w:t>
      </w:r>
    </w:p>
    <w:p>
      <w:pPr>
        <w:spacing w:after="80"/>
      </w:pPr>
      <w:r>
        <w:t>Passport or ID number: ____________________</w:t>
      </w:r>
    </w:p>
    <w:p>
      <w:pPr>
        <w:spacing w:after="80"/>
      </w:pPr>
      <w:r>
        <w:t>Parent 2 (if applicable):</w:t>
      </w:r>
    </w:p>
    <w:p>
      <w:pPr>
        <w:spacing w:after="80"/>
      </w:pPr>
      <w:r>
        <w:t>Full legal name: ______________________________________________</w:t>
      </w:r>
    </w:p>
    <w:p>
      <w:pPr>
        <w:spacing w:after="80"/>
      </w:pPr>
      <w:r>
        <w:t>Relationship to child: [ ] Mother  [ ] Father  [ ] Legal guardian  [ ] Other: ____________________</w:t>
      </w:r>
    </w:p>
    <w:p>
      <w:pPr>
        <w:spacing w:after="80"/>
      </w:pPr>
      <w:r>
        <w:t>Address: ______________________________________________</w:t>
      </w:r>
    </w:p>
    <w:p>
      <w:pPr>
        <w:spacing w:after="80"/>
      </w:pPr>
      <w:r>
        <w:t>Phone: ____________________   Email: ____________________</w:t>
      </w:r>
    </w:p>
    <w:p>
      <w:pPr>
        <w:spacing w:after="80"/>
      </w:pPr>
      <w:r>
        <w:t>Passport or ID number: ____________________</w:t>
      </w:r>
    </w:p>
    <w:p>
      <w:pPr>
        <w:keepNext/>
        <w:spacing w:before="200" w:after="80"/>
      </w:pPr>
      <w:r>
        <w:rPr>
          <w:b/>
          <w:color w:val="1F3A5F"/>
          <w:sz w:val="22"/>
        </w:rPr>
        <w:t>2. CHILD INFORMATION</w:t>
      </w:r>
    </w:p>
    <w:p>
      <w:pPr>
        <w:spacing w:after="80"/>
      </w:pPr>
      <w:r>
        <w:t>Child 1 - full legal name: ______________________________________________</w:t>
      </w:r>
    </w:p>
    <w:p>
      <w:pPr>
        <w:spacing w:after="80"/>
      </w:pPr>
      <w:r>
        <w:t>Date of birth: ____________________   Place of birth: ______________________________________________</w:t>
      </w:r>
    </w:p>
    <w:p>
      <w:pPr>
        <w:spacing w:after="80"/>
      </w:pPr>
      <w:r>
        <w:t>Nationality: ____________________   Passport number: ____________________   Expires: ____________________</w:t>
      </w:r>
    </w:p>
    <w:p>
      <w:pPr>
        <w:spacing w:after="80"/>
      </w:pPr>
      <w:r>
        <w:t>Child 2 (if any) - full legal name: ______________________________________________</w:t>
      </w:r>
    </w:p>
    <w:p>
      <w:pPr>
        <w:spacing w:after="80"/>
      </w:pPr>
      <w:r>
        <w:t>Date of birth: ____________________   Passport number: ____________________</w:t>
      </w:r>
    </w:p>
    <w:p>
      <w:pPr>
        <w:spacing w:after="80"/>
      </w:pPr>
      <w:r>
        <w:t>Child 3 (if any) - full legal name: ______________________________________________</w:t>
      </w:r>
    </w:p>
    <w:p>
      <w:pPr>
        <w:spacing w:after="80"/>
      </w:pPr>
      <w:r>
        <w:t>Date of birth: ____________________   Passport number: ____________________</w:t>
      </w:r>
    </w:p>
    <w:p>
      <w:pPr>
        <w:keepNext/>
        <w:spacing w:before="200" w:after="80"/>
      </w:pPr>
      <w:r>
        <w:rPr>
          <w:b/>
          <w:color w:val="1F3A5F"/>
          <w:sz w:val="22"/>
        </w:rPr>
        <w:t>3. TRAVEL DETAILS</w:t>
      </w:r>
    </w:p>
    <w:p>
      <w:pPr>
        <w:spacing w:after="80"/>
      </w:pPr>
      <w:r>
        <w:t>Departure date: ____________________   Return date: ____________________</w:t>
      </w:r>
    </w:p>
    <w:p>
      <w:pPr>
        <w:spacing w:after="80"/>
      </w:pPr>
      <w:r>
        <w:t>Departing from: ______________________________________________</w:t>
      </w:r>
    </w:p>
    <w:p>
      <w:pPr>
        <w:spacing w:after="80"/>
      </w:pPr>
      <w:r>
        <w:t>Destination country(ies) and city(ies): ______________________________________________</w:t>
      </w:r>
    </w:p>
    <w:p>
      <w:pPr>
        <w:spacing w:after="80"/>
      </w:pPr>
      <w:r>
        <w:t>Travel by: [ ] Air  [ ] Land  [ ] Sea    Carrier(s) / flight number(s): ______________________________________________</w:t>
      </w:r>
    </w:p>
    <w:p>
      <w:pPr>
        <w:spacing w:after="80"/>
      </w:pPr>
      <w:r>
        <w:t>Address(es) where the child will stay: ______________________________________________</w:t>
      </w:r>
    </w:p>
    <w:p>
      <w:pPr>
        <w:keepNext/>
        <w:spacing w:before="200" w:after="80"/>
      </w:pPr>
      <w:r>
        <w:rPr>
          <w:b/>
          <w:color w:val="1F3A5F"/>
          <w:sz w:val="22"/>
        </w:rPr>
        <w:t>4. ACCOMPANYING ADULT</w:t>
      </w:r>
    </w:p>
    <w:p>
      <w:pPr>
        <w:spacing w:after="80"/>
      </w:pPr>
      <w:r>
        <w:t>[ ] The child travels with the following adult   [ ] The child travels alone (unaccompanied minor)</w:t>
      </w:r>
    </w:p>
    <w:p>
      <w:pPr>
        <w:spacing w:after="80"/>
      </w:pPr>
      <w:r>
        <w:t>Full name: ______________________________________________</w:t>
      </w:r>
    </w:p>
    <w:p>
      <w:pPr>
        <w:spacing w:after="80"/>
      </w:pPr>
      <w:r>
        <w:t>Relationship to child: ______________________________________________</w:t>
      </w:r>
    </w:p>
    <w:p>
      <w:pPr>
        <w:spacing w:after="80"/>
      </w:pPr>
      <w:r>
        <w:t>Address: ______________________________________________</w:t>
      </w:r>
    </w:p>
    <w:p>
      <w:pPr>
        <w:spacing w:after="80"/>
      </w:pPr>
      <w:r>
        <w:t>Phone: ____________________   Email: ____________________   Passport or ID number: ____________________</w:t>
      </w:r>
    </w:p>
    <w:p>
      <w:pPr>
        <w:keepNext/>
        <w:spacing w:before="200" w:after="80"/>
      </w:pPr>
      <w:r>
        <w:rPr>
          <w:b/>
          <w:color w:val="1F3A5F"/>
          <w:sz w:val="22"/>
        </w:rPr>
        <w:t>5. CONSENT</w:t>
      </w:r>
    </w:p>
    <w:p>
      <w:pPr>
        <w:spacing w:after="80"/>
      </w:pPr>
      <w:r>
        <w:t>I acknowledge that my child is traveling outside the country with ______________________________________________ [the name of the adult] with my permission.</w:t>
      </w:r>
    </w:p>
    <w:p>
      <w:pPr>
        <w:spacing w:after="80"/>
      </w:pPr>
      <w:r>
        <w:t>I/We, the undersigned parent(s) or legal guardian(s) of the child or children named in section 2, consent to the travel described in section 3 with the accompanying adult named in section 4.</w:t>
      </w:r>
    </w:p>
    <w:p>
      <w:pPr>
        <w:spacing w:after="80"/>
      </w:pPr>
      <w:r>
        <w:t>I/We also authorize the accompanying adult to (initial any that apply):</w:t>
      </w:r>
    </w:p>
    <w:p>
      <w:pPr>
        <w:spacing w:after="80"/>
      </w:pPr>
      <w:r>
        <w:t>____ make routine decisions about the child's welfare during the trip;</w:t>
      </w:r>
    </w:p>
    <w:p>
      <w:pPr>
        <w:spacing w:after="80"/>
      </w:pPr>
      <w:r>
        <w:t>____ consent to emergency medical treatment if the child is injured or ill;</w:t>
      </w:r>
    </w:p>
    <w:p>
      <w:pPr>
        <w:spacing w:after="80"/>
      </w:pPr>
      <w:r>
        <w:t>____ deal with airline, immigration and other officials on the child's behalf;</w:t>
      </w:r>
    </w:p>
    <w:p>
      <w:pPr>
        <w:spacing w:after="80"/>
      </w:pPr>
      <w:r>
        <w:t>____ other: ______________________________________________</w:t>
      </w:r>
    </w:p>
    <w:p>
      <w:pPr>
        <w:keepNext/>
        <w:spacing w:before="200" w:after="80"/>
      </w:pPr>
      <w:r>
        <w:rPr>
          <w:b/>
          <w:color w:val="1F3A5F"/>
          <w:sz w:val="22"/>
        </w:rPr>
        <w:t>6. EMERGENCY CONTACTS</w:t>
      </w:r>
    </w:p>
    <w:p>
      <w:pPr>
        <w:spacing w:after="80"/>
      </w:pPr>
      <w:r>
        <w:t>Primary: name ______________________________________________  relationship ____________________  phone ____________________</w:t>
      </w:r>
    </w:p>
    <w:p>
      <w:pPr>
        <w:spacing w:after="80"/>
      </w:pPr>
      <w:r>
        <w:t>Secondary: name ______________________________________________  relationship ____________________  phone ____________________</w:t>
      </w:r>
    </w:p>
    <w:p>
      <w:pPr>
        <w:keepNext/>
        <w:spacing w:before="200" w:after="80"/>
      </w:pPr>
      <w:r>
        <w:rPr>
          <w:b/>
          <w:color w:val="1F3A5F"/>
          <w:sz w:val="22"/>
        </w:rPr>
        <w:t>7. MEDICAL INFORMATION</w:t>
      </w:r>
    </w:p>
    <w:p>
      <w:pPr>
        <w:spacing w:after="80"/>
      </w:pPr>
      <w:r>
        <w:t>Child's doctor and phone: ______________________________________________</w:t>
      </w:r>
    </w:p>
    <w:p>
      <w:pPr>
        <w:spacing w:after="80"/>
      </w:pPr>
      <w:r>
        <w:t>Health insurance and policy number: ______________________________________________</w:t>
      </w:r>
    </w:p>
    <w:p>
      <w:pPr>
        <w:spacing w:after="80"/>
      </w:pPr>
      <w:r>
        <w:t>Allergies, medications, conditions: ______________________________________________</w:t>
      </w:r>
    </w:p>
    <w:p>
      <w:pPr>
        <w:keepNext/>
        <w:spacing w:before="200" w:after="80"/>
      </w:pPr>
      <w:r>
        <w:rPr>
          <w:b/>
          <w:color w:val="1F3A5F"/>
          <w:sz w:val="22"/>
        </w:rPr>
        <w:t>8. CUSTODY STATUS (if applicable)</w:t>
      </w:r>
    </w:p>
    <w:p>
      <w:pPr>
        <w:spacing w:after="80"/>
      </w:pPr>
      <w:r>
        <w:t>[ ] Both parents share legal custody</w:t>
      </w:r>
    </w:p>
    <w:p>
      <w:pPr>
        <w:spacing w:after="80"/>
      </w:pPr>
      <w:r>
        <w:t>[ ] Parent 1 has sole custody (copy of custody order attached)</w:t>
      </w:r>
    </w:p>
    <w:p>
      <w:pPr>
        <w:spacing w:after="80"/>
      </w:pPr>
      <w:r>
        <w:t>[ ] Parent 2 has sole custody (copy of custody order attached)</w:t>
      </w:r>
    </w:p>
    <w:p>
      <w:pPr>
        <w:spacing w:after="80"/>
      </w:pPr>
      <w:r>
        <w:t>[ ] The other parent has died (copy of death certificate attached)</w:t>
      </w:r>
    </w:p>
    <w:p>
      <w:pPr>
        <w:spacing w:after="80"/>
      </w:pPr>
      <w:r>
        <w:t>[ ] Other guardianship arrangement (document attached): ______________________________________________</w:t>
      </w:r>
    </w:p>
    <w:p>
      <w:pPr>
        <w:keepNext/>
        <w:spacing w:before="200" w:after="80"/>
      </w:pPr>
      <w:r>
        <w:rPr>
          <w:b/>
          <w:color w:val="1F3A5F"/>
          <w:sz w:val="22"/>
        </w:rPr>
        <w:t>9. SIGNATURES</w:t>
      </w:r>
    </w:p>
    <w:p>
      <w:pPr>
        <w:spacing w:after="80"/>
      </w:pPr>
      <w:r>
        <w:t>Parent 1 signature: ______________________________________________   Date: ____________________</w:t>
      </w:r>
    </w:p>
    <w:p>
      <w:pPr>
        <w:spacing w:after="80"/>
      </w:pPr>
      <w:r>
        <w:t>Printed name: ______________________________________________</w:t>
      </w:r>
    </w:p>
    <w:p>
      <w:pPr>
        <w:spacing w:after="80"/>
      </w:pPr>
      <w:r>
        <w:t>Parent 2 signature: ______________________________________________   Date: ____________________</w:t>
      </w:r>
    </w:p>
    <w:p>
      <w:pPr>
        <w:spacing w:after="80"/>
      </w:pPr>
      <w:r>
        <w:t>Printed name: ______________________________________________</w:t>
      </w:r>
    </w:p>
    <w:p>
      <w:pPr>
        <w:keepNext/>
        <w:spacing w:before="200" w:after="80"/>
      </w:pPr>
      <w:r>
        <w:rPr>
          <w:b/>
          <w:color w:val="1F3A5F"/>
          <w:sz w:val="22"/>
        </w:rPr>
        <w:t>NOTARY CERTIFICATE (the notary may attach their state's required form instead)</w:t>
      </w:r>
    </w:p>
    <w:p>
      <w:pPr>
        <w:spacing w:after="80"/>
      </w:pPr>
      <w:r>
        <w:t>State of ____________________   County of ____________________</w:t>
      </w:r>
    </w:p>
    <w:p>
      <w:pPr>
        <w:spacing w:after="80"/>
      </w:pPr>
      <w:r>
        <w:t>On ____________________ (date), before me personally appeared ______________________________________________ (Parent 1) and ______________________________________________ (Parent 2), proved to me on the basis of satisfactory evidence to be the person(s) whose name(s) is/are subscribed to this instrument, and acknowledged that he/she/they executed the same.</w:t>
      </w:r>
    </w:p>
    <w:p>
      <w:pPr>
        <w:spacing w:after="80"/>
      </w:pPr>
      <w:r>
        <w:t>Notary public signature: ______________________________________________   My commission expires: ____________________   (Seal)</w:t>
      </w:r>
    </w:p>
    <w:p>
      <w:pPr>
        <w:spacing w:after="80"/>
      </w:pPr>
      <w:r>
        <w:rPr>
          <w:i/>
          <w:sz w:val="17"/>
        </w:rPr>
        <w:t>Before you travel: check the destination's entry and exit rules with its embassy or consulate. Minors leaving Mexico alone or with an adult who is not a parent or legal guardian may need Mexico's SAM exit form (INM). Children flying alone: the airline may require its own unaccompanied minor form. Sources: USA.gov, "International travel documents for children"; Government of Canada, "Consent letter for children travelling outside Canada"; read October 14, 2026. This template is general information, not legal advice. LegalTemplateVault.com is not a law firm. Entry and exit rules change: check the destination's embassy before you travel.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CHILD TRAVEL CONSENT FORM</dc:title>
  <dc:subject/>
  <dc:creator>LegalTemplateVault.com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