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DIRECT DEPOSIT AUTHORIZATION FORM</w:t>
      </w:r>
    </w:p>
    <w:p>
      <w:pPr>
        <w:spacing w:after="80"/>
      </w:pPr>
      <w:r>
        <w:rPr>
          <w:i/>
          <w:sz w:val="17"/>
        </w:rPr>
        <w:t>Give the completed form to your employer, HR department or payer, in person or through a secure portal: it contains your account number. Use the routing number your bank gives for direct deposit (ACH), not a wire or internal number.</w:t>
      </w:r>
    </w:p>
    <w:p>
      <w:pPr>
        <w:keepNext/>
        <w:spacing w:before="200" w:after="80"/>
      </w:pPr>
      <w:r>
        <w:rPr>
          <w:b/>
          <w:color w:val="1F3A5F"/>
          <w:sz w:val="22"/>
        </w:rPr>
        <w:t>EMPLOYEE / PAYEE INFORMATION</w:t>
      </w:r>
    </w:p>
    <w:p>
      <w:pPr>
        <w:spacing w:after="80"/>
      </w:pPr>
      <w:r>
        <w:t>Full legal name: ______________________________________________</w:t>
      </w:r>
    </w:p>
    <w:p>
      <w:pPr>
        <w:spacing w:after="80"/>
      </w:pPr>
      <w:r>
        <w:t>Employee or vendor ID: ____________________   Last 4 digits of SSN or EIN: ____________________</w:t>
      </w:r>
    </w:p>
    <w:p>
      <w:pPr>
        <w:spacing w:after="80"/>
      </w:pPr>
      <w:r>
        <w:t>Address: ______________________________________________</w:t>
      </w:r>
    </w:p>
    <w:p>
      <w:pPr>
        <w:spacing w:after="80"/>
      </w:pPr>
      <w:r>
        <w:t>City: ____________________   State: ______   ZIP: ____________________</w:t>
      </w:r>
    </w:p>
    <w:p>
      <w:pPr>
        <w:spacing w:after="80"/>
      </w:pPr>
      <w:r>
        <w:t>Phone: ____________________   Email: ______________________________________________</w:t>
      </w:r>
    </w:p>
    <w:p>
      <w:pPr>
        <w:keepNext/>
        <w:spacing w:before="200" w:after="80"/>
      </w:pPr>
      <w:r>
        <w:rPr>
          <w:b/>
          <w:color w:val="1F3A5F"/>
          <w:sz w:val="22"/>
        </w:rPr>
        <w:t>TYPE OF REQUEST</w:t>
      </w:r>
    </w:p>
    <w:p>
      <w:pPr>
        <w:spacing w:after="80"/>
      </w:pPr>
      <w:r>
        <w:t>[ ] New authorization   [ ] Change (replaces all earlier instructions)   [ ] Cancel direct deposit</w:t>
      </w:r>
    </w:p>
    <w:p>
      <w:pPr>
        <w:keepNext/>
        <w:spacing w:before="200" w:after="80"/>
      </w:pPr>
      <w:r>
        <w:rPr>
          <w:b/>
          <w:color w:val="1F3A5F"/>
          <w:sz w:val="22"/>
        </w:rPr>
        <w:t>BANK ACCOUNT 1</w:t>
      </w:r>
    </w:p>
    <w:p>
      <w:pPr>
        <w:spacing w:after="80"/>
      </w:pPr>
      <w:r>
        <w:t>Bank or credit union name: ______________________________________________</w:t>
      </w:r>
    </w:p>
    <w:p>
      <w:pPr>
        <w:spacing w:after="80"/>
      </w:pPr>
      <w:r>
        <w:t>Routing number (9 digits): ____________________   Account number: ______________________________________________</w:t>
      </w:r>
    </w:p>
    <w:p>
      <w:pPr>
        <w:spacing w:after="80"/>
      </w:pPr>
      <w:r>
        <w:t>Account type: [ ] Checking  [ ] Savings</w:t>
      </w:r>
    </w:p>
    <w:p>
      <w:pPr>
        <w:spacing w:after="80"/>
      </w:pPr>
      <w:r>
        <w:t>Amount: [ ] Entire net pay   [ ] $____________________ per pay period   [ ] ____% of net pay</w:t>
      </w:r>
    </w:p>
    <w:p>
      <w:pPr>
        <w:keepNext/>
        <w:spacing w:before="200" w:after="80"/>
      </w:pPr>
      <w:r>
        <w:rPr>
          <w:b/>
          <w:color w:val="1F3A5F"/>
          <w:sz w:val="22"/>
        </w:rPr>
        <w:t>BANK ACCOUNT 2 (OPTIONAL)</w:t>
      </w:r>
    </w:p>
    <w:p>
      <w:pPr>
        <w:spacing w:after="80"/>
      </w:pPr>
      <w:r>
        <w:t>Bank or credit union name: ______________________________________________</w:t>
      </w:r>
    </w:p>
    <w:p>
      <w:pPr>
        <w:spacing w:after="80"/>
      </w:pPr>
      <w:r>
        <w:t>Routing number (9 digits): ____________________   Account number: ______________________________________________</w:t>
      </w:r>
    </w:p>
    <w:p>
      <w:pPr>
        <w:spacing w:after="80"/>
      </w:pPr>
      <w:r>
        <w:t>Account type: [ ] Checking  [ ] Savings</w:t>
      </w:r>
    </w:p>
    <w:p>
      <w:pPr>
        <w:spacing w:after="80"/>
      </w:pPr>
      <w:r>
        <w:t>Amount: [ ] $____________________ per pay period   [ ] ____% of net pay   [ ] Remainder after the accounts above</w:t>
      </w:r>
    </w:p>
    <w:p>
      <w:pPr>
        <w:keepNext/>
        <w:spacing w:before="200" w:after="80"/>
      </w:pPr>
      <w:r>
        <w:rPr>
          <w:b/>
          <w:color w:val="1F3A5F"/>
          <w:sz w:val="22"/>
        </w:rPr>
        <w:t>BANK ACCOUNT 3 (OPTIONAL)</w:t>
      </w:r>
    </w:p>
    <w:p>
      <w:pPr>
        <w:spacing w:after="80"/>
      </w:pPr>
      <w:r>
        <w:t>Bank or credit union name: ______________________________________________</w:t>
      </w:r>
    </w:p>
    <w:p>
      <w:pPr>
        <w:spacing w:after="80"/>
      </w:pPr>
      <w:r>
        <w:t>Routing number (9 digits): ____________________   Account number: ______________________________________________</w:t>
      </w:r>
    </w:p>
    <w:p>
      <w:pPr>
        <w:spacing w:after="80"/>
      </w:pPr>
      <w:r>
        <w:t>Account type: [ ] Checking  [ ] Savings</w:t>
      </w:r>
    </w:p>
    <w:p>
      <w:pPr>
        <w:spacing w:after="80"/>
      </w:pPr>
      <w:r>
        <w:t>Amount: [ ] $____________________ per pay period   [ ] ____% of net pay   [ ] Remainder after the accounts above</w:t>
      </w:r>
    </w:p>
    <w:p>
      <w:pPr>
        <w:keepNext/>
        <w:spacing w:before="200" w:after="80"/>
      </w:pPr>
      <w:r>
        <w:rPr>
          <w:b/>
          <w:color w:val="1F3A5F"/>
          <w:sz w:val="22"/>
        </w:rPr>
        <w:t>VERIFICATION (attach one for each account)</w:t>
      </w:r>
    </w:p>
    <w:p>
      <w:pPr>
        <w:spacing w:after="80"/>
      </w:pPr>
      <w:r>
        <w:t>[ ] Voided check   [ ] Direct deposit letter or form from my bank</w:t>
      </w:r>
    </w:p>
    <w:p>
      <w:pPr>
        <w:keepNext/>
        <w:spacing w:before="200" w:after="80"/>
      </w:pPr>
      <w:r>
        <w:rPr>
          <w:b/>
          <w:color w:val="1F3A5F"/>
          <w:sz w:val="22"/>
        </w:rPr>
        <w:t>AUTHORIZATION</w:t>
      </w:r>
    </w:p>
    <w:p>
      <w:pPr>
        <w:spacing w:after="80"/>
      </w:pPr>
      <w:r>
        <w:t>I authorize ______________________________________________ (the "Payer") to deposit my pay or other payments electronically to the account(s) above and, if a deposit is made in error, to reverse only the amount deposited in error.</w:t>
      </w:r>
    </w:p>
    <w:p>
      <w:pPr>
        <w:spacing w:after="80"/>
      </w:pPr>
      <w:r>
        <w:t>This authorization stays in effect until I cancel or change it in writing. I may cancel it at any time; the Payer will switch the payment method after it processes my request.</w:t>
      </w:r>
    </w:p>
    <w:p>
      <w:pPr>
        <w:spacing w:after="80"/>
      </w:pPr>
      <w:r>
        <w:t>I certify that the information above is correct and that I own, or am authorized to use, each account.</w:t>
      </w:r>
    </w:p>
    <w:p>
      <w:pPr>
        <w:spacing w:after="80"/>
      </w:pPr>
      <w:r>
        <w:t>[ ] I received the employer's written notice of my wage payment options and the direct deposit terms before signing (required in New York).</w:t>
      </w:r>
    </w:p>
    <w:p>
      <w:pPr>
        <w:spacing w:after="80"/>
      </w:pPr>
      <w:r>
        <w:t>Signature: ______________________________________________   Date: ____________________</w:t>
      </w:r>
    </w:p>
    <w:p>
      <w:pPr>
        <w:spacing w:after="80"/>
      </w:pPr>
      <w:r>
        <w:t>Printed name: ______________________________________________</w:t>
      </w:r>
    </w:p>
    <w:p>
      <w:pPr>
        <w:keepNext/>
        <w:spacing w:before="200" w:after="80"/>
      </w:pPr>
      <w:r>
        <w:rPr>
          <w:b/>
          <w:color w:val="1F3A5F"/>
          <w:sz w:val="22"/>
        </w:rPr>
        <w:t>FOR THE PAYER (optional)</w:t>
      </w:r>
    </w:p>
    <w:p>
      <w:pPr>
        <w:spacing w:after="80"/>
      </w:pPr>
      <w:r>
        <w:t>Received by: ______________________________________________   Date entered: ____________________   Verified: [ ] Yes</w:t>
      </w:r>
    </w:p>
    <w:p>
      <w:pPr>
        <w:spacing w:after="80"/>
      </w:pPr>
      <w:r>
        <w:rPr>
          <w:i/>
          <w:sz w:val="17"/>
        </w:rPr>
        <w:t>New York employers: an employee's written consent is required before paying wages by direct deposit, the employee may withdraw it at any time, and the change of payment method must be finalized within two pay periods (New York State Department of Labor; exceptions for some highly paid exempt employees and farm workers). Federal Regulation E (12 CFR 1005.10(e)(2)) bars requiring an account at a particular institution as a condition of employment. Read October 14, 2026.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DEPOSIT AUTHORIZATION FORM</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