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b/>
          <w:sz w:val="32"/>
        </w:rPr>
        <w:t>IOWA VEHICLE BILL OF SALE</w:t>
      </w:r>
    </w:p>
    <w:p>
      <w:pPr>
        <w:spacing w:after="80"/>
      </w:pPr>
      <w:r>
        <w:rPr>
          <w:i/>
          <w:sz w:val="17"/>
        </w:rPr>
        <w:t>This bill of sale records a private vehicle sale. It does not transfer ownership on its own: the signed certificate of title does. Keep one signed copy each.</w:t>
      </w:r>
    </w:p>
    <w:p>
      <w:pPr>
        <w:spacing w:before="200" w:after="80"/>
      </w:pPr>
      <w:r>
        <w:rPr>
          <w:b/>
          <w:color w:val="1F3A5F"/>
          <w:sz w:val="23"/>
        </w:rPr>
        <w:t>1. SELLER</w:t>
      </w:r>
    </w:p>
    <w:p>
      <w:pPr>
        <w:spacing w:after="80"/>
      </w:pPr>
      <w:r>
        <w:t>Full name: ______________________________________________</w:t>
      </w:r>
    </w:p>
    <w:p>
      <w:pPr>
        <w:spacing w:after="80"/>
      </w:pPr>
      <w:r>
        <w:t>Address: ______________________________________________</w:t>
      </w:r>
    </w:p>
    <w:p>
      <w:pPr>
        <w:spacing w:after="80"/>
      </w:pPr>
      <w:r>
        <w:t>Phone: ____________________   Driver license / ID no.: ____________________</w:t>
      </w:r>
    </w:p>
    <w:p>
      <w:pPr>
        <w:spacing w:before="200" w:after="80"/>
      </w:pPr>
      <w:r>
        <w:rPr>
          <w:b/>
          <w:color w:val="1F3A5F"/>
          <w:sz w:val="23"/>
        </w:rPr>
        <w:t>2. BUYER</w:t>
      </w:r>
    </w:p>
    <w:p>
      <w:pPr>
        <w:spacing w:after="80"/>
      </w:pPr>
      <w:r>
        <w:t>Full name (first, middle, last): ______________________________________________</w:t>
      </w:r>
    </w:p>
    <w:p>
      <w:pPr>
        <w:spacing w:after="80"/>
      </w:pPr>
      <w:r>
        <w:t>Address: ______________________________________________</w:t>
      </w:r>
    </w:p>
    <w:p>
      <w:pPr>
        <w:spacing w:after="80"/>
      </w:pPr>
      <w:r>
        <w:t>Phone: ____________________   Driver license / ID no.: ____________________</w:t>
      </w:r>
    </w:p>
    <w:p>
      <w:pPr>
        <w:spacing w:before="200" w:after="80"/>
      </w:pPr>
      <w:r>
        <w:rPr>
          <w:b/>
          <w:color w:val="1F3A5F"/>
          <w:sz w:val="23"/>
        </w:rPr>
        <w:t>3. VEHICLE</w:t>
      </w:r>
    </w:p>
    <w:p>
      <w:pPr>
        <w:spacing w:after="80"/>
      </w:pPr>
      <w:r>
        <w:t>Year: ____________________   Make: ____________________   Model: ____________________</w:t>
      </w:r>
    </w:p>
    <w:p>
      <w:pPr>
        <w:spacing w:after="80"/>
      </w:pPr>
      <w:r>
        <w:t>Body style: ____________________   Color: ____________________</w:t>
      </w:r>
    </w:p>
    <w:p>
      <w:pPr>
        <w:spacing w:after="80"/>
      </w:pPr>
      <w:r>
        <w:t>Vehicle identification number (VIN): ______________________________________________</w:t>
      </w:r>
    </w:p>
    <w:p>
      <w:pPr>
        <w:spacing w:after="80"/>
      </w:pPr>
      <w:r>
        <w:t>Title number: ____________________   License plate no.: ____________________</w:t>
      </w:r>
    </w:p>
    <w:p>
      <w:pPr>
        <w:spacing w:after="80"/>
      </w:pPr>
      <w:r>
        <w:t>Odometer reading at sale: ____________________ miles</w:t>
      </w:r>
    </w:p>
    <w:p>
      <w:pPr>
        <w:spacing w:after="80"/>
      </w:pPr>
      <w:r>
        <w:t>Odometer status:  ___ Actual mileage   ___ Exceeds mechanical limits   ___ Not the actual mileage</w:t>
      </w:r>
    </w:p>
    <w:p>
      <w:pPr>
        <w:spacing w:before="200" w:after="80"/>
      </w:pPr>
      <w:r>
        <w:rPr>
          <w:b/>
          <w:color w:val="1F3A5F"/>
          <w:sz w:val="23"/>
        </w:rPr>
        <w:t>4. SALE</w:t>
      </w:r>
    </w:p>
    <w:p>
      <w:pPr>
        <w:spacing w:after="80"/>
      </w:pPr>
      <w:r>
        <w:t>Date of sale: ____________________   Sale price: $____________________</w:t>
      </w:r>
    </w:p>
    <w:p>
      <w:pPr>
        <w:spacing w:after="80"/>
      </w:pPr>
      <w:r>
        <w:t>Payment:  ___ Cash   ___ Cashier's check   ___ Bank transfer   ___ Other: ____________________</w:t>
      </w:r>
    </w:p>
    <w:p>
      <w:pPr>
        <w:spacing w:after="80"/>
      </w:pPr>
      <w:r>
        <w:t>___ Gift (no payment). Relationship to buyer: ____________________</w:t>
      </w:r>
    </w:p>
    <w:p>
      <w:pPr>
        <w:spacing w:after="80"/>
      </w:pPr>
      <w:r>
        <w:t>The seller states that they own the vehicle described above, have the right to sell it, and that it is free of liens except: ____________________. The vehicle is sold AS IS, with no warranty, express or implied, unless written here: ______________________________________________</w:t>
      </w:r>
    </w:p>
    <w:p>
      <w:pPr>
        <w:spacing w:after="80"/>
      </w:pPr>
      <w:r>
        <w:t>Damage disclosure (most vehicles seven model years old or newer): did repair cost (parts, labor and sales tax) exceed 70% of the vehicle's fair market value before it was damaged?  ___ Yes   ___ No. This line does not replace the damage disclosure statement on the title or the separate Iowa DOT form.</w:t>
      </w:r>
    </w:p>
    <w:p>
      <w:pPr>
        <w:spacing w:after="80"/>
      </w:pPr>
      <w:r>
        <w:t>County where the vehicle was last registered: ____________________</w:t>
      </w:r>
    </w:p>
    <w:p>
      <w:pPr>
        <w:spacing w:after="80"/>
      </w:pPr>
      <w:r>
        <w:t>Plate expiration date: ____________________</w:t>
      </w:r>
    </w:p>
    <w:p>
      <w:pPr>
        <w:spacing w:after="80"/>
      </w:pPr>
      <w:r>
        <w:t>Buyer acknowledges receipt of the title properly assigned and delivery of the vehicle. Date: ____________________  Time: ______ a.m./p.m.</w:t>
      </w:r>
    </w:p>
    <w:p>
      <w:pPr>
        <w:spacing w:before="200" w:after="80"/>
      </w:pPr>
      <w:r>
        <w:rPr>
          <w:b/>
          <w:color w:val="1F3A5F"/>
          <w:sz w:val="23"/>
        </w:rPr>
        <w:t>5. SIGNATURES</w:t>
      </w:r>
    </w:p>
    <w:p>
      <w:pPr>
        <w:spacing w:after="80"/>
      </w:pPr>
      <w:r>
        <w:t>Seller signature: ______________________________________________   Date: ____________________</w:t>
      </w:r>
    </w:p>
    <w:p>
      <w:pPr>
        <w:spacing w:after="80"/>
      </w:pPr>
      <w:r>
        <w:t>Second seller (if any): ______________________________________________   Date: ____________________</w:t>
      </w:r>
    </w:p>
    <w:p>
      <w:pPr>
        <w:spacing w:after="80"/>
      </w:pPr>
      <w:r>
        <w:t>Buyer signature: ______________________________________________   Date: ____________________</w:t>
      </w:r>
    </w:p>
    <w:p>
      <w:pPr>
        <w:spacing w:after="80"/>
      </w:pPr>
      <w:r>
        <w:t>Second buyer (if any): ______________________________________________   Date: ____________________</w:t>
      </w:r>
    </w:p>
    <w:p>
      <w:pPr>
        <w:spacing w:before="200" w:after="80"/>
      </w:pPr>
      <w:r>
        <w:rPr>
          <w:b/>
          <w:color w:val="1F3A5F"/>
          <w:sz w:val="23"/>
        </w:rPr>
        <w:t>AFTER THE SALE IN IOWA</w:t>
      </w:r>
    </w:p>
    <w:p>
      <w:pPr>
        <w:spacing w:after="80"/>
      </w:pPr>
      <w:r>
        <w:t>[ ] Seller: sign the back of the title, print the buyer's name and address and the date of sale, and complete the odometer and damage disclosure statements. Give the buyer the title at the time of sale.</w:t>
      </w:r>
    </w:p>
    <w:p>
      <w:pPr>
        <w:spacing w:after="80"/>
      </w:pPr>
      <w:r>
        <w:t>[ ] Seller: remove your license plates and keep them. If you buy another vehicle within 30 days they can go on it; otherwise turn them in to the county treasurer. Optional: file form 411107, Notice of Sale of Vehicle and Delivery of Title.</w:t>
      </w:r>
    </w:p>
    <w:p>
      <w:pPr>
        <w:spacing w:after="80"/>
      </w:pPr>
      <w:r>
        <w:t>[ ] Buyer: transfer the title at a county treasurer's office within 30 days of the purchase. Iowa charges a fee for new registration of $10 plus 5% of the purchase price (Iowa Code 321.105A).</w:t>
      </w:r>
    </w:p>
    <w:p>
      <w:pPr>
        <w:spacing w:after="80"/>
      </w:pPr>
      <w:r>
        <w:t>Iowa requires odometer disclosure for model year 2011 or newer vehicles transferred from December 31, 2020 through December 31, 2030. It is normally completed in the assignment area of the title.</w:t>
      </w:r>
    </w:p>
    <w:p>
      <w:pPr>
        <w:spacing w:after="80"/>
      </w:pPr>
      <w:r>
        <w:rPr>
          <w:i/>
          <w:sz w:val="17"/>
        </w:rPr>
        <w:t>Sources, checked October 13, 2026: Iowa Department of Transportation, "How to Sell a Vehicle", Seller's Checklist and "Vehicle &amp; Title Fraud" (iowadot.gov); Iowa Code section 321.105A. Fees and forms change: confirm with the agency before you file. This template is general information, not legal advice. LegalTemplateVault.com is not a law firm.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IOWA VEHICLE BILL OF SALE</dc:title>
  <dc:subject/>
  <dc:creator>LegalTemplateVault.com</dc:creator>
  <cp:keywords/>
  <dc:description>generated by python-docx</dc:description>
  <cp:lastModifiedBy/>
  <cp:revision>1</cp:revision>
  <dcterms:created xsi:type="dcterms:W3CDTF">2013-12-23T23:15:00Z</dcterms:created>
  <dcterms:modified xsi:type="dcterms:W3CDTF">2013-12-23T23:15:00Z</dcterms:modified>
  <cp:category/>
</cp:coreProperties>
</file>