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30"/>
        </w:rPr>
        <w:t>HEALTH CARE PROXY (NEW YORK)</w:t>
      </w:r>
    </w:p>
    <w:p>
      <w:pPr>
        <w:spacing w:after="80"/>
      </w:pPr>
      <w:r>
        <w:rPr>
          <w:i/>
          <w:sz w:val="17"/>
        </w:rPr>
        <w:t>Follows the seven items of the New York State Department of Health form DOH-1430 (rev. 8/22). Sign and date it in front of two adult witnesses. Your agent and alternate agent cannot be witnesses. No notary or lawyer is needed. Do not combine this proxy with a financial power of attorney (Public Health Law section 2981(5)).</w:t>
      </w:r>
    </w:p>
    <w:p>
      <w:pPr>
        <w:keepNext/>
        <w:spacing w:before="200" w:after="80"/>
      </w:pPr>
      <w:r>
        <w:rPr>
          <w:b/>
          <w:color w:val="1F3A5F"/>
          <w:sz w:val="22"/>
        </w:rPr>
        <w:t>(1) HEALTH CARE AGENT</w:t>
      </w:r>
    </w:p>
    <w:p>
      <w:pPr>
        <w:spacing w:after="80"/>
      </w:pPr>
      <w:r>
        <w:t>I, ______________________________________________ hereby appoint ______________________________________________ (name, home address and telephone number) ______________________________________________</w:t>
      </w:r>
    </w:p>
    <w:p>
      <w:pPr>
        <w:spacing w:after="80"/>
      </w:pPr>
      <w:r>
        <w:t>as my health care agent to make any and all health care decisions for me, except to the extent that I state otherwise. This proxy shall take effect only when and if I become unable to make my own health care decisions.</w:t>
      </w:r>
    </w:p>
    <w:p>
      <w:pPr>
        <w:keepNext/>
        <w:spacing w:before="200" w:after="80"/>
      </w:pPr>
      <w:r>
        <w:rPr>
          <w:b/>
          <w:color w:val="1F3A5F"/>
          <w:sz w:val="22"/>
        </w:rPr>
        <w:t>(2) OPTIONAL: ALTERNATE AGENT</w:t>
      </w:r>
    </w:p>
    <w:p>
      <w:pPr>
        <w:spacing w:after="80"/>
      </w:pPr>
      <w:r>
        <w:t>If the person I appoint is unable, unwilling or unavailable to act as my health care agent, I hereby appoint</w:t>
      </w:r>
    </w:p>
    <w:p>
      <w:pPr>
        <w:spacing w:after="80"/>
      </w:pPr>
      <w:r>
        <w:t>______________________________________________ (name, home address and telephone number) ______________________________________________</w:t>
      </w:r>
    </w:p>
    <w:p>
      <w:pPr>
        <w:spacing w:after="80"/>
      </w:pPr>
      <w:r>
        <w:t>as my health care agent to make any and all health care decisions for me, except to the extent that I state otherwise.</w:t>
      </w:r>
    </w:p>
    <w:p>
      <w:pPr>
        <w:keepNext/>
        <w:spacing w:before="200" w:after="80"/>
      </w:pPr>
      <w:r>
        <w:rPr>
          <w:b/>
          <w:color w:val="1F3A5F"/>
          <w:sz w:val="22"/>
        </w:rPr>
        <w:t>(3) EXPIRATION (OPTIONAL)</w:t>
      </w:r>
    </w:p>
    <w:p>
      <w:pPr>
        <w:spacing w:after="80"/>
      </w:pPr>
      <w:r>
        <w:t>Unless I revoke it or state an expiration date or circumstances under which it will expire, this proxy shall remain in effect indefinitely. (Optional: If you want this proxy to expire, state the date or conditions here.)</w:t>
      </w:r>
    </w:p>
    <w:p>
      <w:pPr>
        <w:spacing w:after="80"/>
      </w:pPr>
      <w:r>
        <w:t>This proxy shall expire (specify date or conditions): ______________________________________________</w:t>
      </w:r>
    </w:p>
    <w:p>
      <w:pPr>
        <w:keepNext/>
        <w:spacing w:before="200" w:after="80"/>
      </w:pPr>
      <w:r>
        <w:rPr>
          <w:b/>
          <w:color w:val="1F3A5F"/>
          <w:sz w:val="22"/>
        </w:rPr>
        <w:t>(4) OPTIONAL: INSTRUCTIONS AND LIMITATIONS</w:t>
      </w:r>
    </w:p>
    <w:p>
      <w:pPr>
        <w:spacing w:after="80"/>
      </w:pPr>
      <w:r>
        <w:t>I direct my health care agent to make health care decisions according to my wishes and limitations, as he or she knows or as stated below. (If you want to limit your agent's authority to make health care decisions for you or to give specific instructions, you may state your wishes or limitations here.) I direct my health care agent to make health care decisions in accordance with the following limitations and/or instructions (attach additional pages as necessary):</w:t>
      </w:r>
    </w:p>
    <w:p>
      <w:pPr>
        <w:spacing w:after="80"/>
      </w:pPr>
      <w:r>
        <w:t>____________________________________________________________________________________________</w:t>
      </w:r>
    </w:p>
    <w:p>
      <w:pPr>
        <w:spacing w:after="80"/>
      </w:pPr>
      <w:r>
        <w:t>____________________________________________________________________________________________</w:t>
      </w:r>
    </w:p>
    <w:p>
      <w:pPr>
        <w:spacing w:after="80"/>
      </w:pPr>
      <w:r>
        <w:t>____________________________________________________________________________________________</w:t>
      </w:r>
    </w:p>
    <w:p>
      <w:pPr>
        <w:spacing w:after="80"/>
      </w:pPr>
      <w:r>
        <w:t>____________________________________________________________________________________________</w:t>
      </w:r>
    </w:p>
    <w:p>
      <w:pPr>
        <w:spacing w:after="80"/>
      </w:pPr>
      <w:r>
        <w:t>In order for your agent to make health care decisions for you about artificial nutrition and hydration (nourishment and water provided by feeding tube and intravenous line), your agent must reasonably know your wishes. You can either tell your agent what your wishes are or include them in this section.</w:t>
      </w:r>
    </w:p>
    <w:p>
      <w:pPr>
        <w:keepNext/>
        <w:spacing w:before="200" w:after="80"/>
      </w:pPr>
      <w:r>
        <w:rPr>
          <w:b/>
          <w:color w:val="1F3A5F"/>
          <w:sz w:val="22"/>
        </w:rPr>
        <w:t>(5) YOUR IDENTIFICATION (please print)</w:t>
      </w:r>
    </w:p>
    <w:p>
      <w:pPr>
        <w:spacing w:after="80"/>
      </w:pPr>
      <w:r>
        <w:t>Your name: ______________________________________________   Date: ____________________</w:t>
      </w:r>
    </w:p>
    <w:p>
      <w:pPr>
        <w:spacing w:after="80"/>
      </w:pPr>
      <w:r>
        <w:t>Your signature: ______________________________________________</w:t>
      </w:r>
    </w:p>
    <w:p>
      <w:pPr>
        <w:spacing w:after="80"/>
      </w:pPr>
      <w:r>
        <w:t>Your address: ______________________________________________</w:t>
      </w:r>
    </w:p>
    <w:p>
      <w:pPr>
        <w:keepNext/>
        <w:spacing w:before="200" w:after="80"/>
      </w:pPr>
      <w:r>
        <w:rPr>
          <w:b/>
          <w:color w:val="1F3A5F"/>
          <w:sz w:val="22"/>
        </w:rPr>
        <w:t>(6) OPTIONAL: ORGAN, EYE AND/OR TISSUE DONATION</w:t>
      </w:r>
    </w:p>
    <w:p>
      <w:pPr>
        <w:spacing w:after="80"/>
      </w:pPr>
      <w:r>
        <w:t>I hereby make an anatomical gift, to be effective upon my death, of: (check any that apply)</w:t>
      </w:r>
    </w:p>
    <w:p>
      <w:pPr>
        <w:spacing w:after="80"/>
      </w:pPr>
      <w:r>
        <w:t>[ ] Any needed organs, eyes and/or tissues</w:t>
      </w:r>
    </w:p>
    <w:p>
      <w:pPr>
        <w:spacing w:after="80"/>
      </w:pPr>
      <w:r>
        <w:t>[ ] The following organs, eyes and/or tissues: ______________________________________________</w:t>
      </w:r>
    </w:p>
    <w:p>
      <w:pPr>
        <w:spacing w:after="80"/>
      </w:pPr>
      <w:r>
        <w:t>Limitations: ______________________________________________</w:t>
      </w:r>
    </w:p>
    <w:p>
      <w:pPr>
        <w:spacing w:after="80"/>
      </w:pPr>
      <w:r>
        <w:t>If you do not state your wishes or instructions about organ, eye and/or tissue donation on this form, it will not be taken to mean that you do not wish to make a donation or prevent a person, who is otherwise authorized by law, to consent to a donation on your behalf.</w:t>
      </w:r>
    </w:p>
    <w:p>
      <w:pPr>
        <w:spacing w:after="80"/>
      </w:pPr>
      <w:r>
        <w:t>Your signature: ______________________________________________   Date: ____________________</w:t>
      </w:r>
    </w:p>
    <w:p>
      <w:pPr>
        <w:keepNext/>
        <w:spacing w:before="200" w:after="80"/>
      </w:pPr>
      <w:r>
        <w:rPr>
          <w:b/>
          <w:color w:val="1F3A5F"/>
          <w:sz w:val="22"/>
        </w:rPr>
        <w:t>(7) STATEMENT BY WITNESSES</w:t>
      </w:r>
    </w:p>
    <w:p>
      <w:pPr>
        <w:spacing w:after="80"/>
      </w:pPr>
      <w:r>
        <w:t>(Witnesses must be 18 years of age or older and cannot be the health care agent or alternate.) I declare that the person who signed this document is personally known to me and appears to be of sound mind and acting of his or her own free will. He or she signed (or asked another to sign for him or her) this document in my presence.</w:t>
      </w:r>
    </w:p>
    <w:p>
      <w:pPr>
        <w:spacing w:after="80"/>
      </w:pPr>
      <w:r>
        <w:t>Witness 1 - Date: ____________________   Name (print): ______________________________________________</w:t>
      </w:r>
    </w:p>
    <w:p>
      <w:pPr>
        <w:spacing w:after="80"/>
      </w:pPr>
      <w:r>
        <w:t>Signature: ______________________________________________   Address: ______________________________________________</w:t>
      </w:r>
    </w:p>
    <w:p>
      <w:pPr>
        <w:spacing w:after="80"/>
      </w:pPr>
      <w:r>
        <w:t>Witness 2 - Date: ____________________   Name (print): ______________________________________________</w:t>
      </w:r>
    </w:p>
    <w:p>
      <w:pPr>
        <w:spacing w:after="80"/>
      </w:pPr>
      <w:r>
        <w:t>Signature: ______________________________________________   Address: ______________________________________________</w:t>
      </w:r>
    </w:p>
    <w:p>
      <w:pPr>
        <w:keepNext/>
        <w:spacing w:before="200" w:after="80"/>
      </w:pPr>
      <w:r>
        <w:rPr>
          <w:b/>
          <w:color w:val="1F3A5F"/>
          <w:sz w:val="22"/>
        </w:rPr>
        <w:t>BEFORE YOU SIGN: CHECKLIST</w:t>
      </w:r>
    </w:p>
    <w:p>
      <w:pPr>
        <w:spacing w:after="80"/>
      </w:pPr>
      <w:r>
        <w:t>[ ] My agent (and alternate) agreed to act and know my wishes, including about artificial nutrition and hydration.</w:t>
      </w:r>
    </w:p>
    <w:p>
      <w:pPr>
        <w:spacing w:after="80"/>
      </w:pPr>
      <w:r>
        <w:t>[ ] Neither witness is my agent or alternate agent. Both are 18 or older.</w:t>
      </w:r>
    </w:p>
    <w:p>
      <w:pPr>
        <w:spacing w:after="80"/>
      </w:pPr>
      <w:r>
        <w:t>[ ] If my agent is my spouse: I understand divorce or legal separation cancels the appointment unless I state otherwise.</w:t>
      </w:r>
    </w:p>
    <w:p>
      <w:pPr>
        <w:spacing w:after="80"/>
      </w:pPr>
      <w:r>
        <w:t>[ ] Copies go to my agent, alternate and doctor. One copy in my wallet. Not only in a safe deposit box.</w:t>
      </w:r>
    </w:p>
    <w:p>
      <w:pPr>
        <w:spacing w:after="80"/>
      </w:pPr>
      <w:r>
        <w:t>[ ] If I filled in item (6), organ donation: that section is witnessed by two people.</w:t>
      </w:r>
    </w:p>
    <w:p>
      <w:pPr>
        <w:spacing w:after="80"/>
      </w:pPr>
      <w:r>
        <w:rPr>
          <w:i/>
          <w:sz w:val="17"/>
        </w:rPr>
        <w:t>Source: New York State Department of Health, Health Care Proxy form and instructions DOH-1430 (health.ny.gov), and Public Health Law section 2981 (nysenate.gov), read October 13, 2026. This template is general information, not legal advice. LegalTemplateVault.com is not a law firm. Laws and official forms change: check the current version before you sign.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CARE PROXY (NEW YORK)</dc:title>
  <dc:subject/>
  <dc:creator>LegalTemplateVault.com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