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0"/>
        </w:rPr>
        <w:t>NEW YORK VEHICLE BILL OF SALE</w:t>
      </w:r>
    </w:p>
    <w:p>
      <w:pPr>
        <w:spacing w:after="80"/>
      </w:pPr>
      <w:r>
        <w:rPr>
          <w:i/>
          <w:sz w:val="17"/>
        </w:rPr>
        <w:t>Proof of sale for a private sale in New York. The NY DMV asks the seller to sign a bill of sale "even if it is a gift", and the buyer signs it too. An acceptable bill of sale includes the year and make, the VIN or HIN, the date of the sale, the purchase price and the names and signatures of the buyer and the seller. You may instead use the DMV's form MV-912. Clearly print or type all information except signatures. The original goes to the DMV; buyer and seller keep copies.</w:t>
      </w:r>
    </w:p>
    <w:p>
      <w:pPr>
        <w:keepNext/>
        <w:spacing w:before="200" w:after="80"/>
      </w:pPr>
      <w:r>
        <w:rPr>
          <w:b/>
          <w:color w:val="1F3A5F"/>
          <w:sz w:val="22"/>
        </w:rPr>
        <w:t>VEHICLE</w:t>
      </w:r>
    </w:p>
    <w:p>
      <w:pPr>
        <w:spacing w:after="80"/>
      </w:pPr>
      <w:r>
        <w:t>Year: ____________________   Make: ____________________   Model: ____________________   Body type: ____________________</w:t>
      </w:r>
    </w:p>
    <w:p>
      <w:pPr>
        <w:spacing w:after="80"/>
      </w:pPr>
      <w:r>
        <w:t>Vehicle identification number (VIN) or hull identification number (HIN): ______________________________________________</w:t>
      </w:r>
    </w:p>
    <w:p>
      <w:pPr>
        <w:spacing w:after="80"/>
      </w:pPr>
      <w:r>
        <w:t>Odometer reading (no tenths), for your records: ____________________ miles. The odometer disclosure itself is made on the title or on form MV-103.   [ ] Model year 2010 or older (federal odometer disclosure not required)</w:t>
      </w:r>
    </w:p>
    <w:p>
      <w:pPr>
        <w:keepNext/>
        <w:spacing w:before="200" w:after="80"/>
      </w:pPr>
      <w:r>
        <w:rPr>
          <w:b/>
          <w:color w:val="1F3A5F"/>
          <w:sz w:val="22"/>
        </w:rPr>
        <w:t>SALE</w:t>
      </w:r>
    </w:p>
    <w:p>
      <w:pPr>
        <w:spacing w:after="80"/>
      </w:pPr>
      <w:r>
        <w:t>Date of sale: ____________________</w:t>
      </w:r>
    </w:p>
    <w:p>
      <w:pPr>
        <w:spacing w:after="80"/>
      </w:pPr>
      <w:r>
        <w:t>The seller, ______________________________________________, in consideration of $____________________ (write $0 for a gift), does hereby sell, transfer and convey the vehicle described above to the buyer, ______________________________________________.</w:t>
      </w:r>
    </w:p>
    <w:p>
      <w:pPr>
        <w:spacing w:after="80"/>
      </w:pPr>
      <w:r>
        <w:t>[ ] This vehicle is a GIFT. Purchase price: $0. Relationship of buyer to seller: ____________________</w:t>
      </w:r>
    </w:p>
    <w:p>
      <w:pPr>
        <w:spacing w:after="80"/>
      </w:pPr>
      <w:r>
        <w:t>Terms and conditions (if any): ______________________________________________</w:t>
      </w:r>
    </w:p>
    <w:p>
      <w:pPr>
        <w:spacing w:after="80"/>
      </w:pPr>
      <w:r>
        <w:t>____________________________________________________________________________________________</w:t>
      </w:r>
    </w:p>
    <w:p>
      <w:pPr>
        <w:keepNext/>
        <w:spacing w:before="200" w:after="80"/>
      </w:pPr>
      <w:r>
        <w:rPr>
          <w:b/>
          <w:color w:val="1F3A5F"/>
          <w:sz w:val="22"/>
        </w:rPr>
        <w:t>SELLER</w:t>
      </w:r>
    </w:p>
    <w:p>
      <w:pPr>
        <w:spacing w:after="80"/>
      </w:pPr>
      <w:r>
        <w:t>Name: ______________________________________________   Signature: ______________________________________________   Date: ____________________</w:t>
      </w:r>
    </w:p>
    <w:p>
      <w:pPr>
        <w:spacing w:after="80"/>
      </w:pPr>
      <w:r>
        <w:t>Address: ______________________________________________</w:t>
      </w:r>
    </w:p>
    <w:p>
      <w:pPr>
        <w:keepNext/>
        <w:spacing w:before="200" w:after="80"/>
      </w:pPr>
      <w:r>
        <w:rPr>
          <w:b/>
          <w:color w:val="1F3A5F"/>
          <w:sz w:val="22"/>
        </w:rPr>
        <w:t>BUYER</w:t>
      </w:r>
    </w:p>
    <w:p>
      <w:pPr>
        <w:spacing w:after="80"/>
      </w:pPr>
      <w:r>
        <w:t>Name: ______________________________________________   Signature: ______________________________________________   Date: ____________________</w:t>
      </w:r>
    </w:p>
    <w:p>
      <w:pPr>
        <w:spacing w:after="80"/>
      </w:pPr>
      <w:r>
        <w:t>Address: ______________________________________________</w:t>
      </w:r>
    </w:p>
    <w:p>
      <w:pPr>
        <w:keepNext/>
        <w:spacing w:before="200" w:after="80"/>
      </w:pPr>
      <w:r>
        <w:rPr>
          <w:b/>
          <w:color w:val="1F3A5F"/>
          <w:sz w:val="22"/>
        </w:rPr>
        <w:t>NEW YORK CHECKLIST</w:t>
      </w:r>
    </w:p>
    <w:p>
      <w:pPr>
        <w:spacing w:after="80"/>
      </w:pPr>
      <w:r>
        <w:t>[ ] Seller completed and signed the "Transfer by Owner" section on the back of the title, with no cross-outs, alterations or erasures (the DMV will not accept them).</w:t>
      </w:r>
    </w:p>
    <w:p>
      <w:pPr>
        <w:spacing w:after="80"/>
      </w:pPr>
      <w:r>
        <w:t>[ ] Odometer: for model year 2011 or newer vehicles that are 20 model years old or newer, the reading is on the title, or on form MV-103 if the title has no space, and the buyer signs to acknowledge it.</w:t>
      </w:r>
    </w:p>
    <w:p>
      <w:pPr>
        <w:spacing w:after="80"/>
      </w:pPr>
      <w:r>
        <w:t>[ ] Damage disclosure on the back of the title completed (required for all vehicles, regardless of age). For a vehicle 8 model years old or newer the DMV will not register it without the disclosure signed by the buyer (title or form MV-103).</w:t>
      </w:r>
    </w:p>
    <w:p>
      <w:pPr>
        <w:spacing w:after="80"/>
      </w:pPr>
      <w:r>
        <w:t>[ ] Sales tax form DTF-802 (Statement of Transaction) completed by the seller. For a gift or a sale below fair market value to anyone other than a spouse, parent, child, stepparent or stepchild, the seller also completes Section 6 on page 2.</w:t>
      </w:r>
    </w:p>
    <w:p>
      <w:pPr>
        <w:spacing w:after="80"/>
      </w:pPr>
      <w:r>
        <w:t>[ ] Signed original lien release given to the buyer if a lienholder is listed on the title.</w:t>
      </w:r>
    </w:p>
    <w:p>
      <w:pPr>
        <w:spacing w:after="80"/>
      </w:pPr>
      <w:r>
        <w:t>[ ] Seller removed the license plates and registration sticker, and will transfer the plates or turn them in at a DMV office.</w:t>
      </w:r>
    </w:p>
    <w:p>
      <w:pPr>
        <w:spacing w:after="80"/>
      </w:pPr>
      <w:r>
        <w:t>[ ] Buyer registers and titles the vehicle at a DMV office (form MV-82) with the signed title, the original bill of sale, the DTF-802 and proof of identity, and does not drive it on the seller's plates.</w:t>
      </w:r>
    </w:p>
    <w:p>
      <w:pPr>
        <w:spacing w:after="80"/>
      </w:pPr>
      <w:r>
        <w:rPr>
          <w:i/>
          <w:sz w:val="17"/>
        </w:rPr>
        <w:t>Sources: New York State DMV, "Buy, Sell, or Transfer Vehicle Ownership", "Certificate of Title" and form MV-912 (dmv.ny.gov), read October 14, 2026. This template is general information, not legal advice. LegalTemplateVault.com is not a law firm.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VEHICLE BILL OF SALE</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